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D93DD" w14:textId="77777777" w:rsidR="00201B07" w:rsidRDefault="00000000">
      <w:pPr>
        <w:spacing w:after="40"/>
        <w:jc w:val="center"/>
      </w:pPr>
      <w:r>
        <w:rPr>
          <w:noProof/>
        </w:rPr>
        <w:drawing>
          <wp:inline distT="0" distB="0" distL="0" distR="0" wp14:anchorId="051ABD4C" wp14:editId="6DDCB55E">
            <wp:extent cx="2057400" cy="7520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harcoal.png"/>
                    <pic:cNvPicPr/>
                  </pic:nvPicPr>
                  <pic:blipFill>
                    <a:blip r:embed="rId8"/>
                    <a:stretch>
                      <a:fillRect/>
                    </a:stretch>
                  </pic:blipFill>
                  <pic:spPr>
                    <a:xfrm>
                      <a:off x="0" y="0"/>
                      <a:ext cx="2057400" cy="752094"/>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0728"/>
      </w:tblGrid>
      <w:tr w:rsidR="00201B07" w14:paraId="612FB055" w14:textId="77777777">
        <w:trPr>
          <w:trHeight w:val="28"/>
          <w:jc w:val="center"/>
        </w:trPr>
        <w:tc>
          <w:tcPr>
            <w:tcW w:w="10728" w:type="dxa"/>
            <w:tcBorders>
              <w:top w:val="nil"/>
              <w:left w:val="nil"/>
              <w:bottom w:val="nil"/>
              <w:right w:val="nil"/>
            </w:tcBorders>
            <w:shd w:val="clear" w:color="auto" w:fill="B58B38"/>
            <w:tcMar>
              <w:top w:w="0" w:type="dxa"/>
              <w:left w:w="0" w:type="dxa"/>
              <w:bottom w:w="0" w:type="dxa"/>
              <w:right w:w="0" w:type="dxa"/>
            </w:tcMar>
          </w:tcPr>
          <w:p w14:paraId="3DFE55D5" w14:textId="77777777" w:rsidR="00201B07" w:rsidRDefault="00201B07"/>
        </w:tc>
      </w:tr>
    </w:tbl>
    <w:p w14:paraId="7D8C928E" w14:textId="77777777" w:rsidR="00201B07" w:rsidRDefault="00000000">
      <w:pPr>
        <w:spacing w:line="40" w:lineRule="exact"/>
      </w:pPr>
      <w:r>
        <w:rPr>
          <w:rFonts w:eastAsia="Lato"/>
          <w:color w:val="FFFFFF"/>
          <w:sz w:val="4"/>
        </w:rPr>
        <w:t xml:space="preserve"> </w:t>
      </w:r>
    </w:p>
    <w:p w14:paraId="14DF3E16" w14:textId="77777777" w:rsidR="00201B07" w:rsidRDefault="00000000">
      <w:pPr>
        <w:jc w:val="center"/>
      </w:pPr>
      <w:r>
        <w:rPr>
          <w:rFonts w:ascii="Roboto Condensed" w:eastAsia="Roboto Condensed" w:hAnsi="Roboto Condensed"/>
          <w:b/>
          <w:color w:val="4A4A4A"/>
          <w:sz w:val="23"/>
        </w:rPr>
        <w:t>2026 JON LOMURRO'S TRIAL STRATEGY</w:t>
      </w:r>
    </w:p>
    <w:p w14:paraId="535D8611" w14:textId="77777777" w:rsidR="00201B07" w:rsidRDefault="00000000">
      <w:pPr>
        <w:spacing w:line="228" w:lineRule="auto"/>
        <w:jc w:val="center"/>
      </w:pPr>
      <w:r>
        <w:rPr>
          <w:rFonts w:eastAsia="Lato"/>
          <w:b/>
          <w:color w:val="151515"/>
          <w:sz w:val="47"/>
        </w:rPr>
        <w:t>THE A.M.P. METHOD</w:t>
      </w:r>
    </w:p>
    <w:p w14:paraId="45ED1D3B" w14:textId="77777777" w:rsidR="00201B07" w:rsidRDefault="00000000">
      <w:pPr>
        <w:jc w:val="center"/>
      </w:pPr>
      <w:r>
        <w:rPr>
          <w:rFonts w:eastAsia="Lato"/>
          <w:b/>
          <w:color w:val="B58B38"/>
          <w:sz w:val="21"/>
        </w:rPr>
        <w:t>SEMINAR</w:t>
      </w:r>
    </w:p>
    <w:p w14:paraId="34873F38" w14:textId="77777777" w:rsidR="00201B07" w:rsidRDefault="00000000">
      <w:pPr>
        <w:spacing w:before="20"/>
        <w:jc w:val="center"/>
      </w:pPr>
      <w:r>
        <w:rPr>
          <w:rFonts w:eastAsia="Lato"/>
          <w:i/>
          <w:color w:val="4A4A4A"/>
          <w:sz w:val="21"/>
        </w:rPr>
        <w:t xml:space="preserve">Anchor.  </w:t>
      </w:r>
      <w:proofErr w:type="gramStart"/>
      <w:r>
        <w:rPr>
          <w:rFonts w:eastAsia="Lato"/>
          <w:i/>
          <w:color w:val="4A4A4A"/>
          <w:sz w:val="21"/>
        </w:rPr>
        <w:t>Modernize</w:t>
      </w:r>
      <w:proofErr w:type="gramEnd"/>
      <w:r>
        <w:rPr>
          <w:rFonts w:eastAsia="Lato"/>
          <w:i/>
          <w:color w:val="4A4A4A"/>
          <w:sz w:val="21"/>
        </w:rPr>
        <w:t>.  Persuade.</w:t>
      </w:r>
    </w:p>
    <w:p w14:paraId="43911891" w14:textId="77777777" w:rsidR="00201B07" w:rsidRDefault="00000000">
      <w:pPr>
        <w:spacing w:before="20" w:after="60"/>
        <w:jc w:val="center"/>
      </w:pPr>
      <w:r>
        <w:rPr>
          <w:rFonts w:eastAsia="Lato"/>
          <w:b/>
          <w:color w:val="151515"/>
          <w:sz w:val="22"/>
        </w:rPr>
        <w:t>OCTOBER 21-23, 2026</w:t>
      </w:r>
    </w:p>
    <w:tbl>
      <w:tblPr>
        <w:tblW w:w="0" w:type="auto"/>
        <w:jc w:val="center"/>
        <w:tblLayout w:type="fixed"/>
        <w:tblLook w:val="04A0" w:firstRow="1" w:lastRow="0" w:firstColumn="1" w:lastColumn="0" w:noHBand="0" w:noVBand="1"/>
      </w:tblPr>
      <w:tblGrid>
        <w:gridCol w:w="5356"/>
        <w:gridCol w:w="5371"/>
      </w:tblGrid>
      <w:tr w:rsidR="00201B07" w14:paraId="148AB942" w14:textId="77777777">
        <w:trPr>
          <w:jc w:val="center"/>
        </w:trPr>
        <w:tc>
          <w:tcPr>
            <w:tcW w:w="5356" w:type="dxa"/>
            <w:tcBorders>
              <w:top w:val="single" w:sz="8" w:space="0" w:color="B58B38"/>
              <w:left w:val="single" w:sz="4" w:space="0" w:color="D5D5D5"/>
              <w:bottom w:val="single" w:sz="4" w:space="0" w:color="D5D5D5"/>
              <w:right w:val="single" w:sz="4" w:space="0" w:color="D5D5D5"/>
            </w:tcBorders>
            <w:shd w:val="clear" w:color="auto" w:fill="F1F1F1"/>
            <w:tcMar>
              <w:top w:w="65" w:type="dxa"/>
              <w:left w:w="110" w:type="dxa"/>
              <w:bottom w:w="65" w:type="dxa"/>
              <w:right w:w="110" w:type="dxa"/>
            </w:tcMar>
          </w:tcPr>
          <w:p w14:paraId="3068489F" w14:textId="77777777" w:rsidR="00201B07" w:rsidRDefault="00000000">
            <w:r>
              <w:rPr>
                <w:rFonts w:eastAsia="Lato"/>
                <w:b/>
                <w:color w:val="B58B38"/>
                <w:sz w:val="14"/>
              </w:rPr>
              <w:t>MEETING</w:t>
            </w:r>
          </w:p>
          <w:p w14:paraId="2BB6BC5A" w14:textId="77777777" w:rsidR="00201B07" w:rsidRDefault="00000000">
            <w:r>
              <w:rPr>
                <w:rFonts w:eastAsia="Lato"/>
                <w:b/>
                <w:color w:val="151515"/>
                <w:sz w:val="20"/>
              </w:rPr>
              <w:t>The Bard Room</w:t>
            </w:r>
          </w:p>
          <w:p w14:paraId="1C649234" w14:textId="77777777" w:rsidR="00201B07" w:rsidRDefault="00000000">
            <w:r>
              <w:rPr>
                <w:rFonts w:eastAsia="Lato"/>
                <w:color w:val="4A4A4A"/>
                <w:sz w:val="15"/>
              </w:rPr>
              <w:t>213 Rep. John Lewis Way N - Suite 317</w:t>
            </w:r>
            <w:r>
              <w:br/>
            </w:r>
            <w:r>
              <w:rPr>
                <w:rFonts w:eastAsia="Lato"/>
                <w:color w:val="4A4A4A"/>
                <w:sz w:val="15"/>
              </w:rPr>
              <w:t>Nashville, TN 37219</w:t>
            </w:r>
          </w:p>
        </w:tc>
        <w:tc>
          <w:tcPr>
            <w:tcW w:w="5371" w:type="dxa"/>
            <w:tcBorders>
              <w:top w:val="single" w:sz="8" w:space="0" w:color="B58B38"/>
              <w:left w:val="single" w:sz="4" w:space="0" w:color="D5D5D5"/>
              <w:bottom w:val="single" w:sz="4" w:space="0" w:color="D5D5D5"/>
              <w:right w:val="single" w:sz="4" w:space="0" w:color="D5D5D5"/>
            </w:tcBorders>
            <w:shd w:val="clear" w:color="auto" w:fill="F1F1F1"/>
            <w:tcMar>
              <w:top w:w="65" w:type="dxa"/>
              <w:left w:w="110" w:type="dxa"/>
              <w:bottom w:w="65" w:type="dxa"/>
              <w:right w:w="110" w:type="dxa"/>
            </w:tcMar>
          </w:tcPr>
          <w:p w14:paraId="59498FA2" w14:textId="77777777" w:rsidR="00201B07" w:rsidRDefault="00000000">
            <w:r>
              <w:rPr>
                <w:rFonts w:eastAsia="Lato"/>
                <w:b/>
                <w:color w:val="B58B38"/>
                <w:sz w:val="14"/>
              </w:rPr>
              <w:t>LODGING ACCOMMODATION</w:t>
            </w:r>
          </w:p>
          <w:p w14:paraId="76182346" w14:textId="77777777" w:rsidR="00201B07" w:rsidRDefault="00000000">
            <w:r>
              <w:rPr>
                <w:rFonts w:eastAsia="Lato"/>
                <w:b/>
                <w:color w:val="151515"/>
                <w:sz w:val="20"/>
              </w:rPr>
              <w:t>The Noelle Hotel</w:t>
            </w:r>
          </w:p>
          <w:p w14:paraId="170E2413" w14:textId="77777777" w:rsidR="00201B07" w:rsidRDefault="00000000">
            <w:r>
              <w:rPr>
                <w:rFonts w:eastAsia="Lato"/>
                <w:color w:val="4A4A4A"/>
                <w:sz w:val="15"/>
              </w:rPr>
              <w:t>200 4th Ave N.</w:t>
            </w:r>
            <w:r>
              <w:br/>
            </w:r>
            <w:r>
              <w:rPr>
                <w:rFonts w:eastAsia="Lato"/>
                <w:color w:val="4A4A4A"/>
                <w:sz w:val="15"/>
              </w:rPr>
              <w:t>Nashville, TN 37219</w:t>
            </w:r>
          </w:p>
        </w:tc>
      </w:tr>
    </w:tbl>
    <w:p w14:paraId="28F1CFFA" w14:textId="77777777" w:rsidR="00201B07" w:rsidRDefault="00000000">
      <w:pPr>
        <w:spacing w:after="60"/>
        <w:jc w:val="center"/>
      </w:pPr>
      <w:r>
        <w:rPr>
          <w:rFonts w:eastAsia="Lato"/>
          <w:i/>
          <w:color w:val="676767"/>
          <w:sz w:val="14"/>
        </w:rPr>
        <w:t>*While speakers have confirmed, their schedules are always subject to change.</w:t>
      </w:r>
    </w:p>
    <w:tbl>
      <w:tblPr>
        <w:tblW w:w="0" w:type="auto"/>
        <w:jc w:val="center"/>
        <w:tblLayout w:type="fixed"/>
        <w:tblLook w:val="04A0" w:firstRow="1" w:lastRow="0" w:firstColumn="1" w:lastColumn="0" w:noHBand="0" w:noVBand="1"/>
      </w:tblPr>
      <w:tblGrid>
        <w:gridCol w:w="1756"/>
        <w:gridCol w:w="8971"/>
      </w:tblGrid>
      <w:tr w:rsidR="00201B07" w14:paraId="193F9366" w14:textId="77777777">
        <w:trPr>
          <w:cantSplit/>
          <w:jc w:val="center"/>
        </w:trPr>
        <w:tc>
          <w:tcPr>
            <w:tcW w:w="1756" w:type="dxa"/>
            <w:tcBorders>
              <w:top w:val="nil"/>
              <w:left w:val="nil"/>
              <w:bottom w:val="nil"/>
              <w:right w:val="nil"/>
            </w:tcBorders>
            <w:shd w:val="clear" w:color="auto" w:fill="BF9132"/>
            <w:tcMar>
              <w:top w:w="85" w:type="dxa"/>
              <w:left w:w="95" w:type="dxa"/>
              <w:bottom w:w="85" w:type="dxa"/>
              <w:right w:w="95" w:type="dxa"/>
            </w:tcMar>
            <w:vAlign w:val="center"/>
          </w:tcPr>
          <w:p w14:paraId="5FC469BC" w14:textId="77777777" w:rsidR="00201B07" w:rsidRDefault="00000000">
            <w:pPr>
              <w:jc w:val="center"/>
            </w:pPr>
            <w:r>
              <w:rPr>
                <w:rFonts w:eastAsia="Lato"/>
                <w:b/>
                <w:color w:val="FFFFFF"/>
                <w:sz w:val="19"/>
              </w:rPr>
              <w:t>DAY 01</w:t>
            </w:r>
          </w:p>
        </w:tc>
        <w:tc>
          <w:tcPr>
            <w:tcW w:w="8971" w:type="dxa"/>
            <w:tcBorders>
              <w:top w:val="nil"/>
              <w:left w:val="nil"/>
              <w:bottom w:val="nil"/>
              <w:right w:val="nil"/>
            </w:tcBorders>
            <w:shd w:val="clear" w:color="auto" w:fill="BF9132"/>
            <w:tcMar>
              <w:top w:w="85" w:type="dxa"/>
              <w:left w:w="120" w:type="dxa"/>
              <w:bottom w:w="85" w:type="dxa"/>
              <w:right w:w="90" w:type="dxa"/>
            </w:tcMar>
            <w:vAlign w:val="center"/>
          </w:tcPr>
          <w:p w14:paraId="0D1928D1" w14:textId="77777777" w:rsidR="00201B07" w:rsidRDefault="00000000">
            <w:r>
              <w:rPr>
                <w:rFonts w:eastAsia="Lato"/>
                <w:b/>
                <w:color w:val="151515"/>
                <w:sz w:val="30"/>
              </w:rPr>
              <w:t>WEDNESDAY</w:t>
            </w:r>
            <w:r>
              <w:rPr>
                <w:rFonts w:eastAsia="Lato"/>
                <w:b/>
                <w:color w:val="151515"/>
                <w:sz w:val="21"/>
              </w:rPr>
              <w:t xml:space="preserve">   OCTOBER 21, 2026</w:t>
            </w:r>
          </w:p>
        </w:tc>
      </w:tr>
    </w:tbl>
    <w:p w14:paraId="37066FBF" w14:textId="77777777" w:rsidR="00201B07" w:rsidRDefault="00000000">
      <w:pPr>
        <w:spacing w:after="40"/>
      </w:pPr>
      <w:r>
        <w:rPr>
          <w:rFonts w:eastAsia="Lato"/>
          <w:color w:val="4A4A4A"/>
        </w:rPr>
        <w:t>Check in to The Noelle Hotel.</w:t>
      </w:r>
    </w:p>
    <w:tbl>
      <w:tblPr>
        <w:tblW w:w="0" w:type="auto"/>
        <w:jc w:val="center"/>
        <w:tblLayout w:type="fixed"/>
        <w:tblLook w:val="04A0" w:firstRow="1" w:lastRow="0" w:firstColumn="1" w:lastColumn="0" w:noHBand="0" w:noVBand="1"/>
      </w:tblPr>
      <w:tblGrid>
        <w:gridCol w:w="1987"/>
        <w:gridCol w:w="8740"/>
      </w:tblGrid>
      <w:tr w:rsidR="00201B07" w14:paraId="4C0069E0"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0CF9B500" w14:textId="77777777" w:rsidR="00201B07" w:rsidRDefault="00000000">
            <w:pPr>
              <w:jc w:val="center"/>
            </w:pPr>
            <w:r>
              <w:rPr>
                <w:rFonts w:ascii="Roboto Condensed" w:eastAsia="Roboto Condensed" w:hAnsi="Roboto Condensed"/>
                <w:b/>
                <w:color w:val="B58B38"/>
                <w:sz w:val="23"/>
              </w:rPr>
              <w:t>5:00pm-7:00pm</w:t>
            </w:r>
          </w:p>
        </w:tc>
        <w:tc>
          <w:tcPr>
            <w:tcW w:w="8740" w:type="dxa"/>
            <w:tcBorders>
              <w:top w:val="single" w:sz="4" w:space="0" w:color="C8C8C8"/>
              <w:left w:val="nil"/>
              <w:bottom w:val="single" w:sz="4" w:space="0" w:color="C8C8C8"/>
              <w:right w:val="single" w:sz="4" w:space="0" w:color="C8C8C8"/>
            </w:tcBorders>
            <w:shd w:val="clear" w:color="auto" w:fill="F7F2E8"/>
            <w:tcMar>
              <w:top w:w="55" w:type="dxa"/>
              <w:left w:w="105" w:type="dxa"/>
              <w:bottom w:w="55" w:type="dxa"/>
              <w:right w:w="95" w:type="dxa"/>
            </w:tcMar>
            <w:vAlign w:val="center"/>
          </w:tcPr>
          <w:p w14:paraId="62A186D5" w14:textId="77777777" w:rsidR="00201B07" w:rsidRDefault="00000000">
            <w:r>
              <w:rPr>
                <w:rFonts w:eastAsia="Lato"/>
                <w:b/>
                <w:color w:val="151515"/>
                <w:sz w:val="19"/>
              </w:rPr>
              <w:t>Special Welcome Reception, Music and Registration at The Bard Room.</w:t>
            </w:r>
          </w:p>
          <w:p w14:paraId="69BE7E4E" w14:textId="77777777" w:rsidR="00201B07" w:rsidRDefault="00000000">
            <w:r>
              <w:rPr>
                <w:rFonts w:eastAsia="Lato"/>
                <w:i/>
                <w:color w:val="4A4A4A"/>
                <w:sz w:val="16"/>
              </w:rPr>
              <w:t>Meet the Band/Faculty: JON, DON, RICH, MOSES, JAY, SAGI, JOHN, ERIC, GUY AND JUSTIN. Networking, Intros &amp; Good Times!</w:t>
            </w:r>
          </w:p>
        </w:tc>
      </w:tr>
    </w:tbl>
    <w:p w14:paraId="46EA93A9" w14:textId="77777777" w:rsidR="00201B07" w:rsidRDefault="00000000">
      <w:pPr>
        <w:spacing w:line="60" w:lineRule="exact"/>
      </w:pPr>
      <w:r>
        <w:rPr>
          <w:rFonts w:eastAsia="Lato"/>
          <w:color w:val="FFFFFF"/>
          <w:sz w:val="6"/>
        </w:rPr>
        <w:t xml:space="preserve"> </w:t>
      </w:r>
    </w:p>
    <w:tbl>
      <w:tblPr>
        <w:tblW w:w="0" w:type="auto"/>
        <w:jc w:val="center"/>
        <w:tblLayout w:type="fixed"/>
        <w:tblLook w:val="04A0" w:firstRow="1" w:lastRow="0" w:firstColumn="1" w:lastColumn="0" w:noHBand="0" w:noVBand="1"/>
      </w:tblPr>
      <w:tblGrid>
        <w:gridCol w:w="1756"/>
        <w:gridCol w:w="8971"/>
        <w:gridCol w:w="53"/>
      </w:tblGrid>
      <w:tr w:rsidR="00201B07" w14:paraId="02786E01" w14:textId="77777777">
        <w:trPr>
          <w:gridAfter w:val="1"/>
          <w:wAfter w:w="53" w:type="dxa"/>
          <w:cantSplit/>
          <w:jc w:val="center"/>
        </w:trPr>
        <w:tc>
          <w:tcPr>
            <w:tcW w:w="1756" w:type="dxa"/>
            <w:tcBorders>
              <w:top w:val="nil"/>
              <w:left w:val="nil"/>
              <w:bottom w:val="nil"/>
              <w:right w:val="nil"/>
            </w:tcBorders>
            <w:shd w:val="clear" w:color="auto" w:fill="BF9132"/>
            <w:tcMar>
              <w:top w:w="85" w:type="dxa"/>
              <w:left w:w="95" w:type="dxa"/>
              <w:bottom w:w="85" w:type="dxa"/>
              <w:right w:w="95" w:type="dxa"/>
            </w:tcMar>
            <w:vAlign w:val="center"/>
          </w:tcPr>
          <w:p w14:paraId="302F99B4" w14:textId="77777777" w:rsidR="00201B07" w:rsidRDefault="00000000">
            <w:pPr>
              <w:jc w:val="center"/>
            </w:pPr>
            <w:r>
              <w:rPr>
                <w:rFonts w:eastAsia="Lato"/>
                <w:b/>
                <w:color w:val="FFFFFF"/>
                <w:sz w:val="19"/>
              </w:rPr>
              <w:t>DAY 02</w:t>
            </w:r>
          </w:p>
        </w:tc>
        <w:tc>
          <w:tcPr>
            <w:tcW w:w="8971" w:type="dxa"/>
            <w:tcBorders>
              <w:top w:val="nil"/>
              <w:left w:val="nil"/>
              <w:bottom w:val="nil"/>
              <w:right w:val="nil"/>
            </w:tcBorders>
            <w:shd w:val="clear" w:color="auto" w:fill="BF9132"/>
            <w:tcMar>
              <w:top w:w="85" w:type="dxa"/>
              <w:left w:w="120" w:type="dxa"/>
              <w:bottom w:w="85" w:type="dxa"/>
              <w:right w:w="90" w:type="dxa"/>
            </w:tcMar>
            <w:vAlign w:val="center"/>
          </w:tcPr>
          <w:p w14:paraId="2D286A08" w14:textId="77777777" w:rsidR="00201B07" w:rsidRDefault="00000000">
            <w:r>
              <w:rPr>
                <w:rFonts w:eastAsia="Lato"/>
                <w:b/>
                <w:color w:val="151515"/>
                <w:sz w:val="30"/>
              </w:rPr>
              <w:t>THURSDAY</w:t>
            </w:r>
            <w:r>
              <w:rPr>
                <w:rFonts w:eastAsia="Lato"/>
                <w:b/>
                <w:color w:val="151515"/>
                <w:sz w:val="21"/>
              </w:rPr>
              <w:t xml:space="preserve">   OCTOBER 22, 2026</w:t>
            </w:r>
          </w:p>
        </w:tc>
      </w:tr>
      <w:tr w:rsidR="00201B07" w14:paraId="452DE19F" w14:textId="77777777">
        <w:trPr>
          <w:cantSplit/>
          <w:jc w:val="center"/>
        </w:trPr>
        <w:tc>
          <w:tcPr>
            <w:tcW w:w="10728" w:type="dxa"/>
            <w:gridSpan w:val="3"/>
            <w:tcBorders>
              <w:top w:val="single" w:sz="4" w:space="0" w:color="D5D5D5"/>
              <w:left w:val="nil"/>
              <w:bottom w:val="single" w:sz="4" w:space="0" w:color="D5D5D5"/>
              <w:right w:val="nil"/>
            </w:tcBorders>
            <w:shd w:val="clear" w:color="auto" w:fill="F1F1F1"/>
            <w:tcMar>
              <w:top w:w="45" w:type="dxa"/>
              <w:left w:w="100" w:type="dxa"/>
              <w:bottom w:w="45" w:type="dxa"/>
              <w:right w:w="100" w:type="dxa"/>
            </w:tcMar>
          </w:tcPr>
          <w:p w14:paraId="6120DF93" w14:textId="77777777" w:rsidR="00201B07" w:rsidRDefault="00000000">
            <w:r>
              <w:rPr>
                <w:rFonts w:eastAsia="Lato"/>
                <w:b/>
                <w:color w:val="B58B38"/>
              </w:rPr>
              <w:t xml:space="preserve">Meeting Location: </w:t>
            </w:r>
            <w:r>
              <w:rPr>
                <w:rFonts w:eastAsia="Lato"/>
                <w:color w:val="4A4A4A"/>
              </w:rPr>
              <w:t>The Bard Room</w:t>
            </w:r>
          </w:p>
        </w:tc>
      </w:tr>
    </w:tbl>
    <w:p w14:paraId="0C356BBA"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14E753A7"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87285AD" w14:textId="77777777" w:rsidR="00201B07" w:rsidRDefault="00000000">
            <w:pPr>
              <w:jc w:val="center"/>
            </w:pPr>
            <w:r>
              <w:rPr>
                <w:rFonts w:ascii="Roboto Condensed" w:eastAsia="Roboto Condensed" w:hAnsi="Roboto Condensed"/>
                <w:b/>
                <w:color w:val="B58B38"/>
                <w:sz w:val="23"/>
              </w:rPr>
              <w:t>7:00am-8:00am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5C7F2625" w14:textId="77777777" w:rsidR="00201B07" w:rsidRDefault="00000000">
            <w:r>
              <w:rPr>
                <w:rFonts w:eastAsia="Lato"/>
                <w:b/>
                <w:color w:val="4A4A4A"/>
                <w:sz w:val="19"/>
              </w:rPr>
              <w:t>Networking Breakfast.</w:t>
            </w:r>
          </w:p>
        </w:tc>
      </w:tr>
    </w:tbl>
    <w:p w14:paraId="0980EAF7"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477DCD01"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1C2A92C" w14:textId="77777777" w:rsidR="00201B07" w:rsidRDefault="00000000">
            <w:pPr>
              <w:jc w:val="center"/>
            </w:pPr>
            <w:r>
              <w:rPr>
                <w:rFonts w:ascii="Roboto Condensed" w:eastAsia="Roboto Condensed" w:hAnsi="Roboto Condensed"/>
                <w:b/>
                <w:color w:val="B58B38"/>
                <w:sz w:val="23"/>
              </w:rPr>
              <w:t>8:00am-9:30am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13E0D39B" w14:textId="77777777" w:rsidR="00201B07" w:rsidRDefault="00000000">
            <w:r>
              <w:rPr>
                <w:rFonts w:eastAsia="Lato"/>
                <w:b/>
                <w:color w:val="151515"/>
                <w:sz w:val="19"/>
              </w:rPr>
              <w:t>Opening Set: The A.M.P. Philosophy: 9 (Erica’s Story/Plaud), Track 1 (the Soundstage - deps) and Track 3 (the Mixing Board)</w:t>
            </w:r>
          </w:p>
          <w:p w14:paraId="332293E3" w14:textId="77777777" w:rsidR="00201B07" w:rsidRDefault="00000000">
            <w:r>
              <w:rPr>
                <w:rFonts w:eastAsia="Lato"/>
                <w:b/>
                <w:color w:val="B58B38"/>
                <w:sz w:val="16"/>
              </w:rPr>
              <w:t xml:space="preserve">Speaker: </w:t>
            </w:r>
            <w:r>
              <w:rPr>
                <w:rFonts w:eastAsia="Lato"/>
                <w:b/>
                <w:color w:val="4A4A4A"/>
                <w:sz w:val="16"/>
              </w:rPr>
              <w:t>Jon Lomurro</w:t>
            </w:r>
          </w:p>
          <w:p w14:paraId="5090363E" w14:textId="77777777" w:rsidR="00201B07" w:rsidRDefault="00000000">
            <w:r>
              <w:rPr>
                <w:rFonts w:eastAsia="Lato"/>
                <w:b/>
                <w:color w:val="B58B38"/>
                <w:sz w:val="16"/>
              </w:rPr>
              <w:t xml:space="preserve">Topic: </w:t>
            </w:r>
            <w:r>
              <w:rPr>
                <w:rFonts w:eastAsia="Lato"/>
                <w:color w:val="4A4A4A"/>
                <w:sz w:val="16"/>
              </w:rPr>
              <w:t xml:space="preserve">Introducing the core methodology: Anchor, Modernize, Persuade. Establishing why the "old way" needs to be </w:t>
            </w:r>
            <w:proofErr w:type="spellStart"/>
            <w:r>
              <w:rPr>
                <w:rFonts w:eastAsia="Lato"/>
                <w:color w:val="4A4A4A"/>
                <w:sz w:val="16"/>
              </w:rPr>
              <w:t>AMPed</w:t>
            </w:r>
            <w:proofErr w:type="spellEnd"/>
            <w:r>
              <w:rPr>
                <w:rFonts w:eastAsia="Lato"/>
                <w:color w:val="4A4A4A"/>
                <w:sz w:val="16"/>
              </w:rPr>
              <w:t xml:space="preserve"> up in a digital-first world. Connecting the dots between intake, discovery, and deposition. A live demonstration of the "Case Evolution" workflow and how to keep the case "in tune"</w:t>
            </w:r>
          </w:p>
        </w:tc>
      </w:tr>
    </w:tbl>
    <w:p w14:paraId="402E6918"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768ADE05"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4F828D5E" w14:textId="77777777" w:rsidR="00201B07" w:rsidRDefault="00000000">
            <w:pPr>
              <w:jc w:val="center"/>
            </w:pPr>
            <w:r>
              <w:rPr>
                <w:rFonts w:ascii="Roboto Condensed" w:eastAsia="Roboto Condensed" w:hAnsi="Roboto Condensed"/>
                <w:b/>
                <w:color w:val="B58B38"/>
                <w:sz w:val="23"/>
              </w:rPr>
              <w:t>9:30am-9:45am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5E762C35" w14:textId="77777777" w:rsidR="00201B07" w:rsidRDefault="00000000">
            <w:r>
              <w:rPr>
                <w:rFonts w:eastAsia="Lato"/>
                <w:b/>
                <w:color w:val="4A4A4A"/>
                <w:sz w:val="19"/>
              </w:rPr>
              <w:t>Networking Break</w:t>
            </w:r>
          </w:p>
        </w:tc>
      </w:tr>
    </w:tbl>
    <w:p w14:paraId="48744DD1"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2F69A8DB"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0DA2943" w14:textId="77777777" w:rsidR="00201B07" w:rsidRDefault="00000000">
            <w:pPr>
              <w:jc w:val="center"/>
            </w:pPr>
            <w:r>
              <w:rPr>
                <w:rFonts w:ascii="Roboto Condensed" w:eastAsia="Roboto Condensed" w:hAnsi="Roboto Condensed"/>
                <w:b/>
                <w:color w:val="B58B38"/>
                <w:sz w:val="23"/>
              </w:rPr>
              <w:t>9:45am-10:45am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3C6DBD1E" w14:textId="77777777" w:rsidR="00201B07" w:rsidRDefault="00000000">
            <w:r>
              <w:rPr>
                <w:rFonts w:eastAsia="Lato"/>
                <w:b/>
                <w:color w:val="151515"/>
                <w:sz w:val="19"/>
              </w:rPr>
              <w:t>Track 9: Deep Cuts.</w:t>
            </w:r>
          </w:p>
          <w:p w14:paraId="58FCF034" w14:textId="77777777" w:rsidR="00201B07" w:rsidRDefault="00000000">
            <w:r>
              <w:rPr>
                <w:rFonts w:eastAsia="Lato"/>
                <w:b/>
                <w:color w:val="B58B38"/>
                <w:sz w:val="16"/>
              </w:rPr>
              <w:t xml:space="preserve">Speaker: </w:t>
            </w:r>
            <w:r>
              <w:rPr>
                <w:rFonts w:eastAsia="Lato"/>
                <w:b/>
                <w:color w:val="4A4A4A"/>
                <w:sz w:val="16"/>
              </w:rPr>
              <w:t>Moses Kim</w:t>
            </w:r>
          </w:p>
          <w:p w14:paraId="7A97DF97" w14:textId="77777777" w:rsidR="00201B07" w:rsidRDefault="00000000">
            <w:r>
              <w:rPr>
                <w:rFonts w:eastAsia="Lato"/>
                <w:b/>
                <w:color w:val="B58B38"/>
                <w:sz w:val="16"/>
              </w:rPr>
              <w:t xml:space="preserve">Topic: </w:t>
            </w:r>
            <w:r>
              <w:rPr>
                <w:rFonts w:eastAsia="Lato"/>
                <w:color w:val="4A4A4A"/>
                <w:sz w:val="16"/>
              </w:rPr>
              <w:t>Mining the data. How to find, collect, and manage invisible evidence from EMR audit trails, e-mails, and metadata that most firms miss.</w:t>
            </w:r>
          </w:p>
        </w:tc>
      </w:tr>
    </w:tbl>
    <w:p w14:paraId="037F9CEC"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5FD18A93"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51B3C886" w14:textId="77777777" w:rsidR="00201B07" w:rsidRDefault="00000000">
            <w:pPr>
              <w:jc w:val="center"/>
            </w:pPr>
            <w:r>
              <w:rPr>
                <w:rFonts w:ascii="Roboto Condensed" w:eastAsia="Roboto Condensed" w:hAnsi="Roboto Condensed"/>
                <w:b/>
                <w:color w:val="B58B38"/>
                <w:sz w:val="22"/>
              </w:rPr>
              <w:t>10:45am-12:00pm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79209EC2" w14:textId="77777777" w:rsidR="00201B07" w:rsidRDefault="00000000">
            <w:r>
              <w:rPr>
                <w:rFonts w:eastAsia="Lato"/>
                <w:b/>
                <w:color w:val="151515"/>
                <w:sz w:val="19"/>
              </w:rPr>
              <w:t>Track 5-6</w:t>
            </w:r>
          </w:p>
          <w:p w14:paraId="73776FC2" w14:textId="77777777" w:rsidR="00201B07" w:rsidRDefault="00000000">
            <w:r>
              <w:rPr>
                <w:rFonts w:eastAsia="Lato"/>
                <w:b/>
                <w:color w:val="B58B38"/>
                <w:sz w:val="16"/>
              </w:rPr>
              <w:t xml:space="preserve">Speaker: </w:t>
            </w:r>
            <w:r>
              <w:rPr>
                <w:rFonts w:eastAsia="Lato"/>
                <w:b/>
                <w:color w:val="4A4A4A"/>
                <w:sz w:val="16"/>
              </w:rPr>
              <w:t>Guy D’Andrea</w:t>
            </w:r>
          </w:p>
          <w:p w14:paraId="48076C46" w14:textId="77777777" w:rsidR="00201B07" w:rsidRDefault="00000000">
            <w:r>
              <w:rPr>
                <w:rFonts w:eastAsia="Lato"/>
                <w:b/>
                <w:color w:val="B58B38"/>
                <w:sz w:val="16"/>
              </w:rPr>
              <w:t xml:space="preserve">Topic: </w:t>
            </w:r>
            <w:r>
              <w:rPr>
                <w:rFonts w:eastAsia="Lato"/>
                <w:color w:val="4A4A4A"/>
                <w:sz w:val="16"/>
              </w:rPr>
              <w:t>Prompt Engineering. Using Prompt Stacking to automate the heavy lifting of case analysis. Briefs, mock Judge, etc.</w:t>
            </w:r>
          </w:p>
        </w:tc>
      </w:tr>
    </w:tbl>
    <w:p w14:paraId="04BE1EBE"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08646812"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0CAE23BC" w14:textId="77777777" w:rsidR="00201B07" w:rsidRDefault="00000000">
            <w:pPr>
              <w:jc w:val="center"/>
            </w:pPr>
            <w:r>
              <w:rPr>
                <w:rFonts w:ascii="Roboto Condensed" w:eastAsia="Roboto Condensed" w:hAnsi="Roboto Condensed"/>
                <w:b/>
                <w:color w:val="B58B38"/>
                <w:sz w:val="22"/>
              </w:rPr>
              <w:t>12:00pm-12:30pm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0F9DAC6E" w14:textId="77777777" w:rsidR="00201B07" w:rsidRDefault="00000000">
            <w:r>
              <w:rPr>
                <w:rFonts w:eastAsia="Lato"/>
                <w:b/>
                <w:color w:val="151515"/>
                <w:sz w:val="19"/>
              </w:rPr>
              <w:t>Track 5-8: The AI Roadie in Action</w:t>
            </w:r>
          </w:p>
          <w:p w14:paraId="2EECB63A" w14:textId="77777777" w:rsidR="00201B07" w:rsidRDefault="00000000">
            <w:r>
              <w:rPr>
                <w:rFonts w:eastAsia="Lato"/>
                <w:b/>
                <w:color w:val="B58B38"/>
                <w:sz w:val="16"/>
              </w:rPr>
              <w:t xml:space="preserve">Speaker: </w:t>
            </w:r>
            <w:r>
              <w:rPr>
                <w:rFonts w:eastAsia="Lato"/>
                <w:b/>
                <w:color w:val="4A4A4A"/>
                <w:sz w:val="16"/>
              </w:rPr>
              <w:t>Teddy Wu</w:t>
            </w:r>
          </w:p>
          <w:p w14:paraId="4A17A6BC" w14:textId="77777777" w:rsidR="00201B07" w:rsidRDefault="00000000">
            <w:r>
              <w:rPr>
                <w:rFonts w:eastAsia="Lato"/>
                <w:b/>
                <w:color w:val="B58B38"/>
                <w:sz w:val="16"/>
              </w:rPr>
              <w:t xml:space="preserve">Topic: </w:t>
            </w:r>
            <w:r>
              <w:rPr>
                <w:rFonts w:eastAsia="Lato"/>
                <w:color w:val="4A4A4A"/>
                <w:sz w:val="16"/>
              </w:rPr>
              <w:t xml:space="preserve">An AI Creator Shows What AI Can Do </w:t>
            </w:r>
            <w:proofErr w:type="gramStart"/>
            <w:r>
              <w:rPr>
                <w:rFonts w:eastAsia="Lato"/>
                <w:color w:val="4A4A4A"/>
                <w:sz w:val="16"/>
              </w:rPr>
              <w:t>For</w:t>
            </w:r>
            <w:proofErr w:type="gramEnd"/>
            <w:r>
              <w:rPr>
                <w:rFonts w:eastAsia="Lato"/>
                <w:color w:val="4A4A4A"/>
                <w:sz w:val="16"/>
              </w:rPr>
              <w:t xml:space="preserve"> You.</w:t>
            </w:r>
          </w:p>
        </w:tc>
      </w:tr>
    </w:tbl>
    <w:p w14:paraId="0EF931FD"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1916DC6D"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08FF7A46" w14:textId="3767B79A" w:rsidR="00201B07" w:rsidRDefault="00000000">
            <w:pPr>
              <w:jc w:val="center"/>
            </w:pPr>
            <w:r>
              <w:rPr>
                <w:rFonts w:ascii="Roboto Condensed" w:eastAsia="Roboto Condensed" w:hAnsi="Roboto Condensed"/>
                <w:b/>
                <w:color w:val="B58B38"/>
                <w:sz w:val="23"/>
              </w:rPr>
              <w:t>12:</w:t>
            </w:r>
            <w:r w:rsidR="0022209D">
              <w:rPr>
                <w:rFonts w:ascii="Roboto Condensed" w:eastAsia="Roboto Condensed" w:hAnsi="Roboto Condensed"/>
                <w:b/>
                <w:color w:val="B58B38"/>
                <w:sz w:val="23"/>
              </w:rPr>
              <w:t>3</w:t>
            </w:r>
            <w:r>
              <w:rPr>
                <w:rFonts w:ascii="Roboto Condensed" w:eastAsia="Roboto Condensed" w:hAnsi="Roboto Condensed"/>
                <w:b/>
                <w:color w:val="B58B38"/>
                <w:sz w:val="23"/>
              </w:rPr>
              <w:t>0pm-1:30pm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4C028E38" w14:textId="77777777" w:rsidR="00201B07" w:rsidRDefault="00000000">
            <w:r>
              <w:rPr>
                <w:rFonts w:eastAsia="Lato"/>
                <w:b/>
                <w:color w:val="4A4A4A"/>
                <w:sz w:val="19"/>
              </w:rPr>
              <w:t>Lunch Break and Network.</w:t>
            </w:r>
          </w:p>
        </w:tc>
      </w:tr>
    </w:tbl>
    <w:p w14:paraId="1D131286" w14:textId="77777777" w:rsidR="00201B07" w:rsidRDefault="00000000">
      <w:pPr>
        <w:spacing w:line="28" w:lineRule="exact"/>
      </w:pPr>
      <w:r>
        <w:rPr>
          <w:rFonts w:eastAsia="Lato"/>
          <w:color w:val="FFFFFF"/>
          <w:sz w:val="2"/>
        </w:rPr>
        <w:t xml:space="preserve"> </w:t>
      </w:r>
    </w:p>
    <w:tbl>
      <w:tblPr>
        <w:tblW w:w="0" w:type="auto"/>
        <w:jc w:val="center"/>
        <w:tblLayout w:type="fixed"/>
        <w:tblLook w:val="04A0" w:firstRow="1" w:lastRow="0" w:firstColumn="1" w:lastColumn="0" w:noHBand="0" w:noVBand="1"/>
      </w:tblPr>
      <w:tblGrid>
        <w:gridCol w:w="1987"/>
        <w:gridCol w:w="8740"/>
      </w:tblGrid>
      <w:tr w:rsidR="00201B07" w14:paraId="1B56559C"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FBA58BF" w14:textId="77777777" w:rsidR="00201B07" w:rsidRDefault="00000000">
            <w:pPr>
              <w:jc w:val="center"/>
            </w:pPr>
            <w:r>
              <w:rPr>
                <w:rFonts w:ascii="Roboto Condensed" w:eastAsia="Roboto Condensed" w:hAnsi="Roboto Condensed"/>
                <w:b/>
                <w:color w:val="B58B38"/>
                <w:sz w:val="23"/>
              </w:rPr>
              <w:t>1:30pm-2:45pm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2AEB8ED3" w14:textId="77777777" w:rsidR="00201B07" w:rsidRDefault="00000000">
            <w:proofErr w:type="gramStart"/>
            <w:r>
              <w:rPr>
                <w:rFonts w:eastAsia="Lato"/>
                <w:b/>
                <w:color w:val="151515"/>
                <w:sz w:val="19"/>
              </w:rPr>
              <w:t>The Foundation</w:t>
            </w:r>
            <w:proofErr w:type="gramEnd"/>
            <w:r>
              <w:rPr>
                <w:rFonts w:eastAsia="Lato"/>
                <w:b/>
                <w:color w:val="151515"/>
                <w:sz w:val="19"/>
              </w:rPr>
              <w:t xml:space="preserve"> Tracks 3, 6, &amp; 15: File Structure, Organization, CMS, DMS, Shortcuts, and Grounding the Machine (Security &amp; Ethics)</w:t>
            </w:r>
          </w:p>
          <w:p w14:paraId="29D2FCCF" w14:textId="77777777" w:rsidR="00201B07" w:rsidRDefault="00000000">
            <w:r>
              <w:rPr>
                <w:rFonts w:eastAsia="Lato"/>
                <w:b/>
                <w:color w:val="B58B38"/>
                <w:sz w:val="16"/>
              </w:rPr>
              <w:t xml:space="preserve">Speaker: </w:t>
            </w:r>
            <w:r>
              <w:rPr>
                <w:rFonts w:eastAsia="Lato"/>
                <w:b/>
                <w:color w:val="4A4A4A"/>
                <w:sz w:val="16"/>
              </w:rPr>
              <w:t>Eric Romano</w:t>
            </w:r>
          </w:p>
          <w:p w14:paraId="1E3967F8" w14:textId="77777777" w:rsidR="00201B07" w:rsidRDefault="00000000">
            <w:r>
              <w:rPr>
                <w:rFonts w:eastAsia="Lato"/>
                <w:b/>
                <w:color w:val="B58B38"/>
                <w:sz w:val="16"/>
              </w:rPr>
              <w:t xml:space="preserve">Topic: </w:t>
            </w:r>
            <w:r>
              <w:rPr>
                <w:rFonts w:eastAsia="Lato"/>
                <w:color w:val="4A4A4A"/>
                <w:sz w:val="16"/>
              </w:rPr>
              <w:t>Practical steps for file creation, organization, incorporating AI, and staying consistent with AI security and ethics.</w:t>
            </w:r>
          </w:p>
        </w:tc>
      </w:tr>
    </w:tbl>
    <w:p w14:paraId="5A1F0435" w14:textId="77777777" w:rsidR="00201B07" w:rsidRDefault="00000000">
      <w:r>
        <w:br w:type="page"/>
      </w:r>
    </w:p>
    <w:tbl>
      <w:tblPr>
        <w:tblW w:w="0" w:type="auto"/>
        <w:jc w:val="center"/>
        <w:tblLayout w:type="fixed"/>
        <w:tblLook w:val="04A0" w:firstRow="1" w:lastRow="0" w:firstColumn="1" w:lastColumn="0" w:noHBand="0" w:noVBand="1"/>
      </w:tblPr>
      <w:tblGrid>
        <w:gridCol w:w="1756"/>
        <w:gridCol w:w="8971"/>
        <w:gridCol w:w="53"/>
      </w:tblGrid>
      <w:tr w:rsidR="00201B07" w14:paraId="358AAE40" w14:textId="77777777">
        <w:trPr>
          <w:gridAfter w:val="1"/>
          <w:wAfter w:w="53" w:type="dxa"/>
          <w:cantSplit/>
          <w:jc w:val="center"/>
        </w:trPr>
        <w:tc>
          <w:tcPr>
            <w:tcW w:w="1756" w:type="dxa"/>
            <w:tcBorders>
              <w:top w:val="nil"/>
              <w:left w:val="nil"/>
              <w:bottom w:val="nil"/>
              <w:right w:val="nil"/>
            </w:tcBorders>
            <w:shd w:val="clear" w:color="auto" w:fill="BF9132"/>
            <w:tcMar>
              <w:top w:w="85" w:type="dxa"/>
              <w:left w:w="95" w:type="dxa"/>
              <w:bottom w:w="85" w:type="dxa"/>
              <w:right w:w="95" w:type="dxa"/>
            </w:tcMar>
            <w:vAlign w:val="center"/>
          </w:tcPr>
          <w:p w14:paraId="72F14A7B" w14:textId="77777777" w:rsidR="00201B07" w:rsidRDefault="00000000">
            <w:pPr>
              <w:jc w:val="center"/>
            </w:pPr>
            <w:r>
              <w:rPr>
                <w:rFonts w:eastAsia="Lato"/>
                <w:b/>
                <w:color w:val="FFFFFF"/>
                <w:sz w:val="19"/>
              </w:rPr>
              <w:lastRenderedPageBreak/>
              <w:t>DAY 02</w:t>
            </w:r>
          </w:p>
        </w:tc>
        <w:tc>
          <w:tcPr>
            <w:tcW w:w="8971" w:type="dxa"/>
            <w:tcBorders>
              <w:top w:val="nil"/>
              <w:left w:val="nil"/>
              <w:bottom w:val="nil"/>
              <w:right w:val="nil"/>
            </w:tcBorders>
            <w:shd w:val="clear" w:color="auto" w:fill="BF9132"/>
            <w:tcMar>
              <w:top w:w="85" w:type="dxa"/>
              <w:left w:w="120" w:type="dxa"/>
              <w:bottom w:w="85" w:type="dxa"/>
              <w:right w:w="90" w:type="dxa"/>
            </w:tcMar>
            <w:vAlign w:val="center"/>
          </w:tcPr>
          <w:p w14:paraId="2DC339BC" w14:textId="77777777" w:rsidR="00201B07" w:rsidRDefault="00000000">
            <w:proofErr w:type="gramStart"/>
            <w:r>
              <w:rPr>
                <w:rFonts w:eastAsia="Lato"/>
                <w:b/>
                <w:color w:val="151515"/>
                <w:sz w:val="27"/>
              </w:rPr>
              <w:t>THURSDAY  •</w:t>
            </w:r>
            <w:proofErr w:type="gramEnd"/>
            <w:r>
              <w:rPr>
                <w:rFonts w:eastAsia="Lato"/>
                <w:b/>
                <w:color w:val="151515"/>
                <w:sz w:val="27"/>
              </w:rPr>
              <w:t xml:space="preserve">  CONTINUED</w:t>
            </w:r>
            <w:r>
              <w:rPr>
                <w:rFonts w:eastAsia="Lato"/>
                <w:b/>
                <w:color w:val="151515"/>
                <w:sz w:val="21"/>
              </w:rPr>
              <w:t xml:space="preserve">   OCTOBER 22, 2026</w:t>
            </w:r>
          </w:p>
        </w:tc>
      </w:tr>
      <w:tr w:rsidR="00201B07" w14:paraId="02B82D2A" w14:textId="77777777">
        <w:trPr>
          <w:cantSplit/>
          <w:jc w:val="center"/>
        </w:trPr>
        <w:tc>
          <w:tcPr>
            <w:tcW w:w="10728" w:type="dxa"/>
            <w:gridSpan w:val="3"/>
            <w:tcBorders>
              <w:top w:val="single" w:sz="4" w:space="0" w:color="D5D5D5"/>
              <w:left w:val="nil"/>
              <w:bottom w:val="single" w:sz="4" w:space="0" w:color="D5D5D5"/>
              <w:right w:val="nil"/>
            </w:tcBorders>
            <w:shd w:val="clear" w:color="auto" w:fill="F1F1F1"/>
            <w:tcMar>
              <w:top w:w="45" w:type="dxa"/>
              <w:left w:w="100" w:type="dxa"/>
              <w:bottom w:w="45" w:type="dxa"/>
              <w:right w:w="100" w:type="dxa"/>
            </w:tcMar>
          </w:tcPr>
          <w:p w14:paraId="244B95A2" w14:textId="77777777" w:rsidR="00201B07" w:rsidRDefault="00000000">
            <w:r>
              <w:rPr>
                <w:rFonts w:eastAsia="Lato"/>
                <w:b/>
                <w:color w:val="B58B38"/>
              </w:rPr>
              <w:t xml:space="preserve">Meeting Location: </w:t>
            </w:r>
            <w:r>
              <w:rPr>
                <w:rFonts w:eastAsia="Lato"/>
                <w:color w:val="4A4A4A"/>
              </w:rPr>
              <w:t>The Bard Room</w:t>
            </w:r>
          </w:p>
        </w:tc>
      </w:tr>
    </w:tbl>
    <w:p w14:paraId="6EA95868"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0D1C1C79"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1B177CE" w14:textId="77777777" w:rsidR="00201B07" w:rsidRDefault="00000000">
            <w:pPr>
              <w:jc w:val="center"/>
            </w:pPr>
            <w:r>
              <w:rPr>
                <w:rFonts w:ascii="Roboto Condensed" w:eastAsia="Roboto Condensed" w:hAnsi="Roboto Condensed"/>
                <w:b/>
                <w:color w:val="B58B38"/>
                <w:sz w:val="23"/>
              </w:rPr>
              <w:t>2:45pm-3:00pm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404E0B81" w14:textId="77777777" w:rsidR="00201B07" w:rsidRDefault="00000000">
            <w:r>
              <w:rPr>
                <w:rFonts w:eastAsia="Lato"/>
                <w:b/>
                <w:color w:val="4A4A4A"/>
                <w:sz w:val="19"/>
              </w:rPr>
              <w:t>Afternoon Break.</w:t>
            </w:r>
          </w:p>
        </w:tc>
      </w:tr>
    </w:tbl>
    <w:p w14:paraId="0A7D01D0"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4F21EF14"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8BB3059" w14:textId="77777777" w:rsidR="00201B07" w:rsidRDefault="00000000">
            <w:pPr>
              <w:jc w:val="center"/>
            </w:pPr>
            <w:r>
              <w:rPr>
                <w:rFonts w:ascii="Roboto Condensed" w:eastAsia="Roboto Condensed" w:hAnsi="Roboto Condensed"/>
                <w:b/>
                <w:color w:val="B58B38"/>
                <w:sz w:val="23"/>
              </w:rPr>
              <w:t>3:00pm-4:00pm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403AB17B" w14:textId="77777777" w:rsidR="00201B07" w:rsidRDefault="00000000">
            <w:r>
              <w:rPr>
                <w:rFonts w:eastAsia="Lato"/>
                <w:b/>
                <w:color w:val="151515"/>
                <w:sz w:val="19"/>
              </w:rPr>
              <w:t>Deposition Power</w:t>
            </w:r>
          </w:p>
          <w:p w14:paraId="26B78BEF" w14:textId="77777777" w:rsidR="00201B07" w:rsidRDefault="00000000">
            <w:r>
              <w:rPr>
                <w:rFonts w:eastAsia="Lato"/>
                <w:b/>
                <w:color w:val="B58B38"/>
                <w:sz w:val="16"/>
              </w:rPr>
              <w:t xml:space="preserve">Speakers: </w:t>
            </w:r>
            <w:r>
              <w:rPr>
                <w:rFonts w:eastAsia="Lato"/>
                <w:b/>
                <w:color w:val="4A4A4A"/>
                <w:sz w:val="16"/>
              </w:rPr>
              <w:t>Jay Vaughn</w:t>
            </w:r>
          </w:p>
          <w:p w14:paraId="6A8017E7" w14:textId="77777777" w:rsidR="00201B07" w:rsidRDefault="00000000">
            <w:r>
              <w:rPr>
                <w:rFonts w:eastAsia="Lato"/>
                <w:b/>
                <w:color w:val="B58B38"/>
                <w:sz w:val="16"/>
              </w:rPr>
              <w:t xml:space="preserve">Topic: </w:t>
            </w:r>
            <w:r>
              <w:rPr>
                <w:rFonts w:eastAsia="Lato"/>
                <w:color w:val="4A4A4A"/>
                <w:sz w:val="16"/>
              </w:rPr>
              <w:t>The Setup, AI Prep, Incorporating What Was Learned, and Planning for Trial/Videotaping)</w:t>
            </w:r>
          </w:p>
        </w:tc>
      </w:tr>
    </w:tbl>
    <w:p w14:paraId="63DDBD43"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5F4D5550"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4CB29BDD" w14:textId="77777777" w:rsidR="00201B07" w:rsidRDefault="00000000">
            <w:pPr>
              <w:jc w:val="center"/>
            </w:pPr>
            <w:r>
              <w:rPr>
                <w:rFonts w:ascii="Roboto Condensed" w:eastAsia="Roboto Condensed" w:hAnsi="Roboto Condensed"/>
                <w:b/>
                <w:color w:val="B58B38"/>
                <w:sz w:val="23"/>
              </w:rPr>
              <w:t>4:00pm-5:00pm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7B125608" w14:textId="77777777" w:rsidR="00201B07" w:rsidRDefault="00000000">
            <w:r>
              <w:rPr>
                <w:rFonts w:eastAsia="Lato"/>
                <w:b/>
                <w:color w:val="151515"/>
                <w:sz w:val="19"/>
              </w:rPr>
              <w:t>Turn the Amp to 11.</w:t>
            </w:r>
          </w:p>
          <w:p w14:paraId="097B6E91" w14:textId="77777777" w:rsidR="00201B07" w:rsidRDefault="00000000">
            <w:r>
              <w:rPr>
                <w:rFonts w:eastAsia="Lato"/>
                <w:b/>
                <w:color w:val="B58B38"/>
                <w:sz w:val="16"/>
              </w:rPr>
              <w:t xml:space="preserve">Speaker: </w:t>
            </w:r>
            <w:r>
              <w:rPr>
                <w:rFonts w:eastAsia="Lato"/>
                <w:b/>
                <w:color w:val="4A4A4A"/>
                <w:sz w:val="16"/>
              </w:rPr>
              <w:t>Jon Lomurro</w:t>
            </w:r>
          </w:p>
        </w:tc>
      </w:tr>
    </w:tbl>
    <w:p w14:paraId="34CED773"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31C830A1"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E2C1424" w14:textId="77777777" w:rsidR="00201B07" w:rsidRDefault="00000000">
            <w:pPr>
              <w:jc w:val="center"/>
            </w:pPr>
            <w:r>
              <w:rPr>
                <w:rFonts w:ascii="Roboto Condensed" w:eastAsia="Roboto Condensed" w:hAnsi="Roboto Condensed"/>
                <w:b/>
                <w:color w:val="B58B38"/>
                <w:sz w:val="23"/>
              </w:rPr>
              <w:t>5:15pm</w:t>
            </w:r>
          </w:p>
        </w:tc>
        <w:tc>
          <w:tcPr>
            <w:tcW w:w="8740" w:type="dxa"/>
            <w:tcBorders>
              <w:top w:val="single" w:sz="4" w:space="0" w:color="C8C8C8"/>
              <w:left w:val="nil"/>
              <w:bottom w:val="single" w:sz="4" w:space="0" w:color="C8C8C8"/>
              <w:right w:val="single" w:sz="4" w:space="0" w:color="C8C8C8"/>
            </w:tcBorders>
            <w:shd w:val="clear" w:color="auto" w:fill="F7F2E8"/>
            <w:tcMar>
              <w:top w:w="55" w:type="dxa"/>
              <w:left w:w="105" w:type="dxa"/>
              <w:bottom w:w="55" w:type="dxa"/>
              <w:right w:w="95" w:type="dxa"/>
            </w:tcMar>
            <w:vAlign w:val="center"/>
          </w:tcPr>
          <w:p w14:paraId="7C0DA036" w14:textId="77777777" w:rsidR="00201B07" w:rsidRDefault="00000000">
            <w:r>
              <w:rPr>
                <w:rFonts w:eastAsia="Lato"/>
                <w:b/>
                <w:color w:val="151515"/>
                <w:sz w:val="19"/>
              </w:rPr>
              <w:t>Drinks, Heavy Apps, Special Country Music Entertainment and Grammy Winning Musicians, Gary Hannan, Linda Davis and Lang Scott!</w:t>
            </w:r>
          </w:p>
        </w:tc>
      </w:tr>
    </w:tbl>
    <w:p w14:paraId="67FE5173"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6D7AEBEB"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B58B38"/>
            <w:tcMar>
              <w:top w:w="55" w:type="dxa"/>
              <w:left w:w="55" w:type="dxa"/>
              <w:bottom w:w="55" w:type="dxa"/>
              <w:right w:w="55" w:type="dxa"/>
            </w:tcMar>
            <w:vAlign w:val="center"/>
          </w:tcPr>
          <w:p w14:paraId="22879520" w14:textId="77777777" w:rsidR="00201B07" w:rsidRDefault="00000000">
            <w:pPr>
              <w:jc w:val="center"/>
            </w:pPr>
            <w:r>
              <w:rPr>
                <w:rFonts w:ascii="Roboto Condensed" w:eastAsia="Roboto Condensed" w:hAnsi="Roboto Condensed"/>
                <w:b/>
                <w:color w:val="FFFFFF"/>
                <w:sz w:val="23"/>
              </w:rPr>
              <w:t>6:30pm</w:t>
            </w:r>
          </w:p>
        </w:tc>
        <w:tc>
          <w:tcPr>
            <w:tcW w:w="8740" w:type="dxa"/>
            <w:tcBorders>
              <w:top w:val="single" w:sz="4" w:space="0" w:color="C8C8C8"/>
              <w:left w:val="nil"/>
              <w:bottom w:val="single" w:sz="4" w:space="0" w:color="C8C8C8"/>
              <w:right w:val="single" w:sz="4" w:space="0" w:color="C8C8C8"/>
            </w:tcBorders>
            <w:shd w:val="clear" w:color="auto" w:fill="151515"/>
            <w:tcMar>
              <w:top w:w="55" w:type="dxa"/>
              <w:left w:w="105" w:type="dxa"/>
              <w:bottom w:w="55" w:type="dxa"/>
              <w:right w:w="95" w:type="dxa"/>
            </w:tcMar>
            <w:vAlign w:val="center"/>
          </w:tcPr>
          <w:p w14:paraId="4670B920" w14:textId="77777777" w:rsidR="00201B07" w:rsidRDefault="00000000">
            <w:r>
              <w:rPr>
                <w:rFonts w:eastAsia="Lato"/>
                <w:b/>
                <w:color w:val="FFFFFF"/>
                <w:sz w:val="19"/>
              </w:rPr>
              <w:t>Enjoy your evening off in Nashville!</w:t>
            </w:r>
          </w:p>
        </w:tc>
      </w:tr>
    </w:tbl>
    <w:p w14:paraId="1FB99AC6" w14:textId="77777777" w:rsidR="00201B07" w:rsidRDefault="00000000">
      <w:pPr>
        <w:spacing w:line="140" w:lineRule="exact"/>
      </w:pPr>
      <w:r>
        <w:rPr>
          <w:rFonts w:eastAsia="Lato"/>
          <w:color w:val="FFFFFF"/>
          <w:sz w:val="14"/>
        </w:rPr>
        <w:t xml:space="preserve"> </w:t>
      </w:r>
    </w:p>
    <w:tbl>
      <w:tblPr>
        <w:tblW w:w="0" w:type="auto"/>
        <w:jc w:val="center"/>
        <w:tblLayout w:type="fixed"/>
        <w:tblLook w:val="04A0" w:firstRow="1" w:lastRow="0" w:firstColumn="1" w:lastColumn="0" w:noHBand="0" w:noVBand="1"/>
      </w:tblPr>
      <w:tblGrid>
        <w:gridCol w:w="1756"/>
        <w:gridCol w:w="8971"/>
        <w:gridCol w:w="53"/>
      </w:tblGrid>
      <w:tr w:rsidR="00201B07" w14:paraId="1890F9B8" w14:textId="77777777">
        <w:trPr>
          <w:gridAfter w:val="1"/>
          <w:wAfter w:w="53" w:type="dxa"/>
          <w:cantSplit/>
          <w:jc w:val="center"/>
        </w:trPr>
        <w:tc>
          <w:tcPr>
            <w:tcW w:w="1756" w:type="dxa"/>
            <w:tcBorders>
              <w:top w:val="nil"/>
              <w:left w:val="nil"/>
              <w:bottom w:val="nil"/>
              <w:right w:val="nil"/>
            </w:tcBorders>
            <w:shd w:val="clear" w:color="auto" w:fill="BF9132"/>
            <w:tcMar>
              <w:top w:w="85" w:type="dxa"/>
              <w:left w:w="95" w:type="dxa"/>
              <w:bottom w:w="85" w:type="dxa"/>
              <w:right w:w="95" w:type="dxa"/>
            </w:tcMar>
            <w:vAlign w:val="center"/>
          </w:tcPr>
          <w:p w14:paraId="2E734FE9" w14:textId="77777777" w:rsidR="00201B07" w:rsidRDefault="00000000">
            <w:pPr>
              <w:jc w:val="center"/>
            </w:pPr>
            <w:r>
              <w:rPr>
                <w:rFonts w:eastAsia="Lato"/>
                <w:b/>
                <w:color w:val="FFFFFF"/>
                <w:sz w:val="19"/>
              </w:rPr>
              <w:t>DAY 03</w:t>
            </w:r>
          </w:p>
        </w:tc>
        <w:tc>
          <w:tcPr>
            <w:tcW w:w="8971" w:type="dxa"/>
            <w:tcBorders>
              <w:top w:val="nil"/>
              <w:left w:val="nil"/>
              <w:bottom w:val="nil"/>
              <w:right w:val="nil"/>
            </w:tcBorders>
            <w:shd w:val="clear" w:color="auto" w:fill="BF9132"/>
            <w:tcMar>
              <w:top w:w="85" w:type="dxa"/>
              <w:left w:w="120" w:type="dxa"/>
              <w:bottom w:w="85" w:type="dxa"/>
              <w:right w:w="90" w:type="dxa"/>
            </w:tcMar>
            <w:vAlign w:val="center"/>
          </w:tcPr>
          <w:p w14:paraId="18CD570B" w14:textId="77777777" w:rsidR="00201B07" w:rsidRDefault="00000000">
            <w:r>
              <w:rPr>
                <w:rFonts w:eastAsia="Lato"/>
                <w:b/>
                <w:color w:val="151515"/>
                <w:sz w:val="30"/>
              </w:rPr>
              <w:t>FRIDAY</w:t>
            </w:r>
            <w:r>
              <w:rPr>
                <w:rFonts w:eastAsia="Lato"/>
                <w:b/>
                <w:color w:val="151515"/>
                <w:sz w:val="21"/>
              </w:rPr>
              <w:t xml:space="preserve">   OCTOBER 23, 2026</w:t>
            </w:r>
          </w:p>
        </w:tc>
      </w:tr>
      <w:tr w:rsidR="00201B07" w14:paraId="0EA9C93A" w14:textId="77777777">
        <w:trPr>
          <w:cantSplit/>
          <w:jc w:val="center"/>
        </w:trPr>
        <w:tc>
          <w:tcPr>
            <w:tcW w:w="10728" w:type="dxa"/>
            <w:gridSpan w:val="3"/>
            <w:tcBorders>
              <w:top w:val="single" w:sz="4" w:space="0" w:color="D5D5D5"/>
              <w:left w:val="nil"/>
              <w:bottom w:val="single" w:sz="4" w:space="0" w:color="D5D5D5"/>
              <w:right w:val="nil"/>
            </w:tcBorders>
            <w:shd w:val="clear" w:color="auto" w:fill="F1F1F1"/>
            <w:tcMar>
              <w:top w:w="45" w:type="dxa"/>
              <w:left w:w="100" w:type="dxa"/>
              <w:bottom w:w="45" w:type="dxa"/>
              <w:right w:w="100" w:type="dxa"/>
            </w:tcMar>
          </w:tcPr>
          <w:p w14:paraId="0CC8CE94" w14:textId="77777777" w:rsidR="00201B07" w:rsidRDefault="00000000">
            <w:r>
              <w:rPr>
                <w:rFonts w:eastAsia="Lato"/>
                <w:color w:val="4A4A4A"/>
              </w:rPr>
              <w:t>The Performance</w:t>
            </w:r>
            <w:r>
              <w:rPr>
                <w:rFonts w:eastAsia="Lato"/>
                <w:b/>
                <w:color w:val="B58B38"/>
                <w:sz w:val="16"/>
              </w:rPr>
              <w:t xml:space="preserve">   •   </w:t>
            </w:r>
            <w:r>
              <w:rPr>
                <w:rFonts w:eastAsia="Lato"/>
                <w:b/>
                <w:color w:val="B58B38"/>
              </w:rPr>
              <w:t xml:space="preserve">Focus: </w:t>
            </w:r>
            <w:r>
              <w:rPr>
                <w:rFonts w:eastAsia="Lato"/>
                <w:i/>
                <w:color w:val="4A4A4A"/>
              </w:rPr>
              <w:t>Leveraging AI and cinematic visual strategy to "Persuade."</w:t>
            </w:r>
            <w:r>
              <w:rPr>
                <w:rFonts w:eastAsia="Lato"/>
                <w:b/>
                <w:color w:val="B58B38"/>
                <w:sz w:val="16"/>
              </w:rPr>
              <w:t xml:space="preserve">   •   </w:t>
            </w:r>
            <w:r>
              <w:rPr>
                <w:rFonts w:eastAsia="Lato"/>
                <w:b/>
                <w:color w:val="B58B38"/>
              </w:rPr>
              <w:t xml:space="preserve">Meeting Location: </w:t>
            </w:r>
            <w:r>
              <w:rPr>
                <w:rFonts w:eastAsia="Lato"/>
                <w:color w:val="4A4A4A"/>
              </w:rPr>
              <w:t>The Bard Room.</w:t>
            </w:r>
          </w:p>
        </w:tc>
      </w:tr>
    </w:tbl>
    <w:p w14:paraId="22997829" w14:textId="77777777" w:rsidR="00201B07" w:rsidRDefault="00000000">
      <w:pPr>
        <w:spacing w:line="40" w:lineRule="exact"/>
      </w:pPr>
      <w:r>
        <w:rPr>
          <w:rFonts w:eastAsia="Lato"/>
          <w:color w:val="FFFFFF"/>
          <w:sz w:val="4"/>
        </w:rPr>
        <w:t xml:space="preserve"> </w:t>
      </w:r>
    </w:p>
    <w:tbl>
      <w:tblPr>
        <w:tblW w:w="0" w:type="auto"/>
        <w:jc w:val="center"/>
        <w:tblLayout w:type="fixed"/>
        <w:tblLook w:val="04A0" w:firstRow="1" w:lastRow="0" w:firstColumn="1" w:lastColumn="0" w:noHBand="0" w:noVBand="1"/>
      </w:tblPr>
      <w:tblGrid>
        <w:gridCol w:w="1987"/>
        <w:gridCol w:w="8740"/>
      </w:tblGrid>
      <w:tr w:rsidR="00201B07" w14:paraId="6F26C2DF"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4A3784F" w14:textId="77777777" w:rsidR="00201B07" w:rsidRDefault="00000000">
            <w:pPr>
              <w:jc w:val="center"/>
            </w:pPr>
            <w:r>
              <w:rPr>
                <w:rFonts w:ascii="Roboto Condensed" w:eastAsia="Roboto Condensed" w:hAnsi="Roboto Condensed"/>
                <w:b/>
                <w:color w:val="B58B38"/>
                <w:sz w:val="23"/>
              </w:rPr>
              <w:t>7:00am-8:00am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3E4B707A" w14:textId="77777777" w:rsidR="00201B07" w:rsidRDefault="00000000">
            <w:r>
              <w:rPr>
                <w:rFonts w:eastAsia="Lato"/>
                <w:b/>
                <w:color w:val="4A4A4A"/>
                <w:sz w:val="19"/>
              </w:rPr>
              <w:t>Networking Breakfast.</w:t>
            </w:r>
          </w:p>
        </w:tc>
      </w:tr>
    </w:tbl>
    <w:p w14:paraId="3D0EDAF3"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41F14142"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DF27284" w14:textId="77777777" w:rsidR="00201B07" w:rsidRDefault="00000000">
            <w:pPr>
              <w:jc w:val="center"/>
            </w:pPr>
            <w:r>
              <w:rPr>
                <w:rFonts w:ascii="Roboto Condensed" w:eastAsia="Roboto Condensed" w:hAnsi="Roboto Condensed"/>
                <w:b/>
                <w:color w:val="B58B38"/>
                <w:sz w:val="23"/>
              </w:rPr>
              <w:t>8:00am-9:00am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592034C7" w14:textId="77777777" w:rsidR="00201B07" w:rsidRDefault="00000000">
            <w:r>
              <w:rPr>
                <w:rFonts w:eastAsia="Lato"/>
                <w:b/>
                <w:color w:val="151515"/>
                <w:sz w:val="19"/>
              </w:rPr>
              <w:t>Track 10: Finding the Hook!</w:t>
            </w:r>
          </w:p>
          <w:p w14:paraId="439595D4" w14:textId="77777777" w:rsidR="00201B07" w:rsidRDefault="00000000">
            <w:r>
              <w:rPr>
                <w:rFonts w:eastAsia="Lato"/>
                <w:b/>
                <w:color w:val="B58B38"/>
                <w:sz w:val="16"/>
              </w:rPr>
              <w:t xml:space="preserve">Speaker: </w:t>
            </w:r>
            <w:r>
              <w:rPr>
                <w:rFonts w:eastAsia="Lato"/>
                <w:b/>
                <w:color w:val="4A4A4A"/>
                <w:sz w:val="16"/>
              </w:rPr>
              <w:t>John Romano</w:t>
            </w:r>
          </w:p>
          <w:p w14:paraId="5CA1B031" w14:textId="77777777" w:rsidR="00201B07" w:rsidRDefault="00000000">
            <w:r>
              <w:rPr>
                <w:rFonts w:eastAsia="Lato"/>
                <w:b/>
                <w:color w:val="B58B38"/>
                <w:sz w:val="16"/>
              </w:rPr>
              <w:t xml:space="preserve">Topic: </w:t>
            </w:r>
            <w:r>
              <w:rPr>
                <w:rFonts w:eastAsia="Lato"/>
                <w:color w:val="4A4A4A"/>
                <w:sz w:val="16"/>
              </w:rPr>
              <w:t>The psychology of cognitive anchoring. Turning complex medical or liability theories into simple, sticky metaphors.</w:t>
            </w:r>
          </w:p>
        </w:tc>
      </w:tr>
    </w:tbl>
    <w:p w14:paraId="5F616BAC"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161D5272"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76C9880" w14:textId="77777777" w:rsidR="00201B07" w:rsidRDefault="00000000">
            <w:pPr>
              <w:jc w:val="center"/>
            </w:pPr>
            <w:r>
              <w:rPr>
                <w:rFonts w:ascii="Roboto Condensed" w:eastAsia="Roboto Condensed" w:hAnsi="Roboto Condensed"/>
                <w:b/>
                <w:color w:val="B58B38"/>
                <w:sz w:val="23"/>
              </w:rPr>
              <w:t>9:00am-10:00am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5C23395F" w14:textId="77777777" w:rsidR="00201B07" w:rsidRDefault="00000000">
            <w:r>
              <w:rPr>
                <w:rFonts w:eastAsia="Lato"/>
                <w:b/>
                <w:color w:val="151515"/>
                <w:sz w:val="19"/>
              </w:rPr>
              <w:t>Track 13: The Acoustics (Psychology of Persuasion)</w:t>
            </w:r>
          </w:p>
          <w:p w14:paraId="4E5CC74E" w14:textId="77777777" w:rsidR="00201B07" w:rsidRDefault="00000000">
            <w:r>
              <w:rPr>
                <w:rFonts w:eastAsia="Lato"/>
                <w:b/>
                <w:color w:val="B58B38"/>
                <w:sz w:val="16"/>
              </w:rPr>
              <w:t xml:space="preserve">Speaker: </w:t>
            </w:r>
            <w:r>
              <w:rPr>
                <w:rFonts w:eastAsia="Lato"/>
                <w:b/>
                <w:color w:val="4A4A4A"/>
                <w:sz w:val="16"/>
              </w:rPr>
              <w:t>Sagi Shaked</w:t>
            </w:r>
          </w:p>
          <w:p w14:paraId="5856D459" w14:textId="77777777" w:rsidR="00201B07" w:rsidRDefault="00000000">
            <w:r>
              <w:rPr>
                <w:rFonts w:eastAsia="Lato"/>
                <w:b/>
                <w:color w:val="B58B38"/>
                <w:sz w:val="16"/>
              </w:rPr>
              <w:t xml:space="preserve">Topic: </w:t>
            </w:r>
            <w:r>
              <w:rPr>
                <w:rFonts w:eastAsia="Lato"/>
                <w:color w:val="4A4A4A"/>
                <w:sz w:val="16"/>
              </w:rPr>
              <w:t>Reducing Cognitive Load; How the Brain works; Power of Contrast; Silence as Evidence; Confirmation Bias; etc.</w:t>
            </w:r>
          </w:p>
        </w:tc>
      </w:tr>
    </w:tbl>
    <w:p w14:paraId="7DF09968"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1F805B91"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123A1B40" w14:textId="77777777" w:rsidR="00201B07" w:rsidRDefault="00000000">
            <w:pPr>
              <w:jc w:val="center"/>
            </w:pPr>
            <w:r>
              <w:rPr>
                <w:rFonts w:ascii="Roboto Condensed" w:eastAsia="Roboto Condensed" w:hAnsi="Roboto Condensed"/>
                <w:b/>
                <w:color w:val="B58B38"/>
                <w:sz w:val="22"/>
              </w:rPr>
              <w:t>10:00am-10:15am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5A343273" w14:textId="77777777" w:rsidR="00201B07" w:rsidRDefault="00000000">
            <w:r>
              <w:rPr>
                <w:rFonts w:eastAsia="Lato"/>
                <w:b/>
                <w:color w:val="4A4A4A"/>
                <w:sz w:val="19"/>
              </w:rPr>
              <w:t>Morning Break</w:t>
            </w:r>
          </w:p>
        </w:tc>
      </w:tr>
    </w:tbl>
    <w:p w14:paraId="1A4591D6"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2BA2022E"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79F86F25" w14:textId="77777777" w:rsidR="00201B07" w:rsidRDefault="00000000">
            <w:pPr>
              <w:jc w:val="center"/>
            </w:pPr>
            <w:r>
              <w:rPr>
                <w:rFonts w:ascii="Roboto Condensed" w:eastAsia="Roboto Condensed" w:hAnsi="Roboto Condensed"/>
                <w:b/>
                <w:color w:val="B58B38"/>
                <w:sz w:val="22"/>
              </w:rPr>
              <w:t>10:15am-11:00am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4ACCC551" w14:textId="77777777" w:rsidR="00201B07" w:rsidRDefault="00000000">
            <w:r>
              <w:rPr>
                <w:rFonts w:eastAsia="Lato"/>
                <w:b/>
                <w:color w:val="151515"/>
                <w:sz w:val="19"/>
              </w:rPr>
              <w:t>Track 11: Creating Visuals</w:t>
            </w:r>
          </w:p>
          <w:p w14:paraId="2CBA9D67" w14:textId="77777777" w:rsidR="00201B07" w:rsidRDefault="00000000">
            <w:r>
              <w:rPr>
                <w:rFonts w:eastAsia="Lato"/>
                <w:b/>
                <w:color w:val="B58B38"/>
                <w:sz w:val="16"/>
              </w:rPr>
              <w:t xml:space="preserve">Speakers: </w:t>
            </w:r>
            <w:r>
              <w:rPr>
                <w:rFonts w:eastAsia="Lato"/>
                <w:b/>
                <w:color w:val="4A4A4A"/>
                <w:sz w:val="16"/>
              </w:rPr>
              <w:t>Cody D. Roberts, P.E. Fox-AE</w:t>
            </w:r>
          </w:p>
          <w:p w14:paraId="0E353E41" w14:textId="77777777" w:rsidR="00201B07" w:rsidRDefault="00000000">
            <w:r>
              <w:rPr>
                <w:rFonts w:eastAsia="Lato"/>
                <w:b/>
                <w:color w:val="B58B38"/>
                <w:sz w:val="16"/>
              </w:rPr>
              <w:t xml:space="preserve">Topic: </w:t>
            </w:r>
            <w:r>
              <w:rPr>
                <w:rFonts w:eastAsia="Lato"/>
                <w:color w:val="4A4A4A"/>
                <w:sz w:val="16"/>
              </w:rPr>
              <w:t>Digital Persuasion through Visual Design.</w:t>
            </w:r>
          </w:p>
        </w:tc>
      </w:tr>
    </w:tbl>
    <w:p w14:paraId="013A6BE4"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4A6E399F"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949C0C0" w14:textId="77777777" w:rsidR="00201B07" w:rsidRDefault="00000000">
            <w:pPr>
              <w:jc w:val="center"/>
            </w:pPr>
            <w:r>
              <w:rPr>
                <w:rFonts w:ascii="Roboto Condensed" w:eastAsia="Roboto Condensed" w:hAnsi="Roboto Condensed"/>
                <w:b/>
                <w:color w:val="B58B38"/>
                <w:sz w:val="22"/>
              </w:rPr>
              <w:t>11:00am-11:30am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5D74650F" w14:textId="77777777" w:rsidR="00201B07" w:rsidRDefault="00000000">
            <w:r>
              <w:rPr>
                <w:rFonts w:eastAsia="Lato"/>
                <w:b/>
                <w:color w:val="151515"/>
                <w:sz w:val="19"/>
              </w:rPr>
              <w:t>Track 4: The Light Show &amp; Track 12: The Rhythm Section—Visualizing Time</w:t>
            </w:r>
          </w:p>
          <w:p w14:paraId="5555D78D" w14:textId="77777777" w:rsidR="00201B07" w:rsidRDefault="00000000">
            <w:r>
              <w:rPr>
                <w:rFonts w:eastAsia="Lato"/>
                <w:b/>
                <w:color w:val="B58B38"/>
                <w:sz w:val="16"/>
              </w:rPr>
              <w:t xml:space="preserve">Speaker: </w:t>
            </w:r>
            <w:r>
              <w:rPr>
                <w:rFonts w:eastAsia="Lato"/>
                <w:b/>
                <w:color w:val="4A4A4A"/>
                <w:sz w:val="16"/>
              </w:rPr>
              <w:t>Jon Lomurro</w:t>
            </w:r>
          </w:p>
          <w:p w14:paraId="593B13AA" w14:textId="77777777" w:rsidR="00201B07" w:rsidRDefault="00000000">
            <w:r>
              <w:rPr>
                <w:rFonts w:eastAsia="Lato"/>
                <w:b/>
                <w:color w:val="B58B38"/>
                <w:sz w:val="16"/>
              </w:rPr>
              <w:t xml:space="preserve">Topic: </w:t>
            </w:r>
            <w:r>
              <w:rPr>
                <w:rFonts w:eastAsia="Lato"/>
                <w:color w:val="4A4A4A"/>
                <w:sz w:val="16"/>
              </w:rPr>
              <w:t>Beyond the bullet point. Mastering "Cinematic PowerPoint" with Morph transitions, 3D models, and visual design principles that reduce juror cognitive load. Morph, PPT, and Creating undeniable timelines. Converting data into "visuals" using "Swimlane" and "Hourglass" timeline strategies.</w:t>
            </w:r>
          </w:p>
        </w:tc>
      </w:tr>
    </w:tbl>
    <w:p w14:paraId="01A572F0"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05B79874"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4337236D" w14:textId="77777777" w:rsidR="00201B07" w:rsidRDefault="00000000">
            <w:pPr>
              <w:jc w:val="center"/>
            </w:pPr>
            <w:r>
              <w:rPr>
                <w:rFonts w:ascii="Roboto Condensed" w:eastAsia="Roboto Condensed" w:hAnsi="Roboto Condensed"/>
                <w:b/>
                <w:color w:val="B58B38"/>
                <w:sz w:val="22"/>
              </w:rPr>
              <w:t>11:30am-12:30pm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3556D5F4" w14:textId="77777777" w:rsidR="00201B07" w:rsidRDefault="00000000">
            <w:r>
              <w:rPr>
                <w:rFonts w:eastAsia="Lato"/>
                <w:b/>
                <w:color w:val="151515"/>
                <w:sz w:val="19"/>
              </w:rPr>
              <w:t>Track 14: The Live Show</w:t>
            </w:r>
          </w:p>
          <w:p w14:paraId="5F5AD046" w14:textId="77777777" w:rsidR="00201B07" w:rsidRDefault="00000000">
            <w:r>
              <w:rPr>
                <w:rFonts w:eastAsia="Lato"/>
                <w:b/>
                <w:color w:val="B58B38"/>
                <w:sz w:val="16"/>
              </w:rPr>
              <w:t xml:space="preserve">Speaker: </w:t>
            </w:r>
            <w:r>
              <w:rPr>
                <w:rFonts w:eastAsia="Lato"/>
                <w:b/>
                <w:color w:val="4A4A4A"/>
                <w:sz w:val="16"/>
              </w:rPr>
              <w:t>Justin Kahn</w:t>
            </w:r>
          </w:p>
          <w:p w14:paraId="39F4F714" w14:textId="77777777" w:rsidR="00201B07" w:rsidRDefault="00000000">
            <w:r>
              <w:rPr>
                <w:rFonts w:eastAsia="Lato"/>
                <w:b/>
                <w:color w:val="B58B38"/>
                <w:sz w:val="16"/>
              </w:rPr>
              <w:t xml:space="preserve">Topic: </w:t>
            </w:r>
            <w:r>
              <w:rPr>
                <w:rFonts w:eastAsia="Lato"/>
                <w:color w:val="4A4A4A"/>
                <w:sz w:val="16"/>
              </w:rPr>
              <w:t>Managing the "Arena." Modernizing the Courtroom and maintaining technical resilience under trial pressure. (IPEVO). Trial checklist. Walking the Floor. Using Technology to manage the expert witness.</w:t>
            </w:r>
          </w:p>
        </w:tc>
      </w:tr>
    </w:tbl>
    <w:p w14:paraId="6F6059FA"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411EC103"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5E68C2BB" w14:textId="77777777" w:rsidR="00201B07" w:rsidRDefault="00000000">
            <w:pPr>
              <w:jc w:val="center"/>
            </w:pPr>
            <w:r>
              <w:rPr>
                <w:rFonts w:ascii="Roboto Condensed" w:eastAsia="Roboto Condensed" w:hAnsi="Roboto Condensed"/>
                <w:b/>
                <w:color w:val="B58B38"/>
                <w:sz w:val="23"/>
              </w:rPr>
              <w:t>12:30pm-1:30pm</w:t>
            </w:r>
          </w:p>
        </w:tc>
        <w:tc>
          <w:tcPr>
            <w:tcW w:w="8740" w:type="dxa"/>
            <w:tcBorders>
              <w:top w:val="single" w:sz="4" w:space="0" w:color="C8C8C8"/>
              <w:left w:val="nil"/>
              <w:bottom w:val="single" w:sz="4" w:space="0" w:color="C8C8C8"/>
              <w:right w:val="single" w:sz="4" w:space="0" w:color="C8C8C8"/>
            </w:tcBorders>
            <w:shd w:val="clear" w:color="auto" w:fill="F1F1F1"/>
            <w:tcMar>
              <w:top w:w="55" w:type="dxa"/>
              <w:left w:w="105" w:type="dxa"/>
              <w:bottom w:w="55" w:type="dxa"/>
              <w:right w:w="95" w:type="dxa"/>
            </w:tcMar>
            <w:vAlign w:val="center"/>
          </w:tcPr>
          <w:p w14:paraId="740363F6" w14:textId="77777777" w:rsidR="00201B07" w:rsidRDefault="00000000">
            <w:r>
              <w:rPr>
                <w:rFonts w:eastAsia="Lato"/>
                <w:b/>
                <w:color w:val="4A4A4A"/>
                <w:sz w:val="19"/>
              </w:rPr>
              <w:t>Lunch Break.</w:t>
            </w:r>
          </w:p>
        </w:tc>
      </w:tr>
    </w:tbl>
    <w:p w14:paraId="53DF789D"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710B0801"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F2307C9" w14:textId="77777777" w:rsidR="00201B07" w:rsidRDefault="00000000">
            <w:pPr>
              <w:jc w:val="center"/>
            </w:pPr>
            <w:r>
              <w:rPr>
                <w:rFonts w:ascii="Roboto Condensed" w:eastAsia="Roboto Condensed" w:hAnsi="Roboto Condensed"/>
                <w:b/>
                <w:color w:val="B58B38"/>
                <w:sz w:val="23"/>
              </w:rPr>
              <w:t>1:30pm-3:30pm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3DEE8150" w14:textId="77777777" w:rsidR="00201B07" w:rsidRDefault="00000000">
            <w:r>
              <w:rPr>
                <w:rFonts w:eastAsia="Lato"/>
                <w:b/>
                <w:color w:val="151515"/>
                <w:sz w:val="19"/>
              </w:rPr>
              <w:t>Track 17: The Encore</w:t>
            </w:r>
          </w:p>
          <w:p w14:paraId="01E3A4FF" w14:textId="77777777" w:rsidR="00201B07" w:rsidRDefault="00000000">
            <w:r>
              <w:rPr>
                <w:rFonts w:eastAsia="Lato"/>
                <w:b/>
                <w:color w:val="B58B38"/>
                <w:sz w:val="16"/>
              </w:rPr>
              <w:t xml:space="preserve">Speakers: </w:t>
            </w:r>
            <w:r>
              <w:rPr>
                <w:rFonts w:eastAsia="Lato"/>
                <w:b/>
                <w:color w:val="4A4A4A"/>
                <w:sz w:val="16"/>
              </w:rPr>
              <w:t>Jay Vaughn, Sagi Shacked, Justin Kahn, Moses Kim, Eric/John Romano</w:t>
            </w:r>
          </w:p>
          <w:p w14:paraId="153D7054" w14:textId="77777777" w:rsidR="00201B07" w:rsidRDefault="00000000">
            <w:r>
              <w:rPr>
                <w:rFonts w:eastAsia="Lato"/>
                <w:b/>
                <w:color w:val="B58B38"/>
                <w:sz w:val="16"/>
              </w:rPr>
              <w:t xml:space="preserve">Topic: </w:t>
            </w:r>
            <w:r>
              <w:rPr>
                <w:rFonts w:eastAsia="Lato"/>
                <w:color w:val="4A4A4A"/>
                <w:sz w:val="16"/>
              </w:rPr>
              <w:t>The Persuasive Verdict. Final thoughts on ensuring the jury leaves as the hero of the story and the "final track" is a winning verdict.</w:t>
            </w:r>
          </w:p>
        </w:tc>
      </w:tr>
    </w:tbl>
    <w:p w14:paraId="4F3EF5C4"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24C46B37"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151515"/>
            <w:tcMar>
              <w:top w:w="55" w:type="dxa"/>
              <w:left w:w="55" w:type="dxa"/>
              <w:bottom w:w="55" w:type="dxa"/>
              <w:right w:w="55" w:type="dxa"/>
            </w:tcMar>
            <w:vAlign w:val="center"/>
          </w:tcPr>
          <w:p w14:paraId="3D672D28" w14:textId="77777777" w:rsidR="00201B07" w:rsidRDefault="00000000">
            <w:pPr>
              <w:jc w:val="center"/>
            </w:pPr>
            <w:r>
              <w:rPr>
                <w:rFonts w:ascii="Roboto Condensed" w:eastAsia="Roboto Condensed" w:hAnsi="Roboto Condensed"/>
                <w:b/>
                <w:color w:val="B58B38"/>
                <w:sz w:val="23"/>
              </w:rPr>
              <w:t>3:30pm-4:00pm</w:t>
            </w:r>
          </w:p>
        </w:tc>
        <w:tc>
          <w:tcPr>
            <w:tcW w:w="8740" w:type="dxa"/>
            <w:tcBorders>
              <w:top w:val="single" w:sz="4" w:space="0" w:color="C8C8C8"/>
              <w:left w:val="nil"/>
              <w:bottom w:val="single" w:sz="4" w:space="0" w:color="C8C8C8"/>
              <w:right w:val="single" w:sz="4" w:space="0" w:color="C8C8C8"/>
            </w:tcBorders>
            <w:shd w:val="clear" w:color="auto" w:fill="FFFFFF"/>
            <w:tcMar>
              <w:top w:w="55" w:type="dxa"/>
              <w:left w:w="105" w:type="dxa"/>
              <w:bottom w:w="55" w:type="dxa"/>
              <w:right w:w="95" w:type="dxa"/>
            </w:tcMar>
            <w:vAlign w:val="center"/>
          </w:tcPr>
          <w:p w14:paraId="3A3C1FEA" w14:textId="77777777" w:rsidR="00201B07" w:rsidRDefault="00000000">
            <w:r>
              <w:rPr>
                <w:rFonts w:eastAsia="Lato"/>
                <w:b/>
                <w:color w:val="151515"/>
                <w:sz w:val="19"/>
              </w:rPr>
              <w:t>Final Thoughts by “The Family.”</w:t>
            </w:r>
          </w:p>
          <w:p w14:paraId="2FA11951" w14:textId="77777777" w:rsidR="00201B07" w:rsidRDefault="00000000">
            <w:r>
              <w:rPr>
                <w:rFonts w:eastAsia="Lato"/>
                <w:b/>
                <w:color w:val="B58B38"/>
                <w:sz w:val="16"/>
              </w:rPr>
              <w:t xml:space="preserve">Speakers: </w:t>
            </w:r>
            <w:r>
              <w:rPr>
                <w:rFonts w:eastAsia="Lato"/>
                <w:b/>
                <w:color w:val="4A4A4A"/>
                <w:sz w:val="16"/>
              </w:rPr>
              <w:t>Jon, Rich, Don (Lomurro Family)</w:t>
            </w:r>
          </w:p>
          <w:p w14:paraId="525512F0" w14:textId="77777777" w:rsidR="00201B07" w:rsidRDefault="00000000">
            <w:r>
              <w:rPr>
                <w:rFonts w:eastAsia="Lato"/>
                <w:b/>
                <w:color w:val="B58B38"/>
                <w:sz w:val="16"/>
              </w:rPr>
              <w:t xml:space="preserve">Topic: </w:t>
            </w:r>
            <w:r>
              <w:rPr>
                <w:rFonts w:eastAsia="Lato"/>
                <w:color w:val="4A4A4A"/>
                <w:sz w:val="16"/>
              </w:rPr>
              <w:t>Bringing it all together.</w:t>
            </w:r>
          </w:p>
        </w:tc>
      </w:tr>
    </w:tbl>
    <w:p w14:paraId="1E51D148" w14:textId="77777777" w:rsidR="00201B07" w:rsidRDefault="00000000">
      <w:pPr>
        <w:spacing w:line="34" w:lineRule="exact"/>
      </w:pPr>
      <w:r>
        <w:rPr>
          <w:rFonts w:eastAsia="Lato"/>
          <w:color w:val="FFFFFF"/>
          <w:sz w:val="3"/>
        </w:rPr>
        <w:t xml:space="preserve"> </w:t>
      </w:r>
    </w:p>
    <w:tbl>
      <w:tblPr>
        <w:tblW w:w="0" w:type="auto"/>
        <w:jc w:val="center"/>
        <w:tblLayout w:type="fixed"/>
        <w:tblLook w:val="04A0" w:firstRow="1" w:lastRow="0" w:firstColumn="1" w:lastColumn="0" w:noHBand="0" w:noVBand="1"/>
      </w:tblPr>
      <w:tblGrid>
        <w:gridCol w:w="1987"/>
        <w:gridCol w:w="8740"/>
      </w:tblGrid>
      <w:tr w:rsidR="00201B07" w14:paraId="4958281E" w14:textId="77777777">
        <w:trPr>
          <w:cantSplit/>
          <w:jc w:val="center"/>
        </w:trPr>
        <w:tc>
          <w:tcPr>
            <w:tcW w:w="1987" w:type="dxa"/>
            <w:tcBorders>
              <w:top w:val="single" w:sz="4" w:space="0" w:color="C8C8C8"/>
              <w:left w:val="single" w:sz="4" w:space="0" w:color="C8C8C8"/>
              <w:bottom w:val="single" w:sz="4" w:space="0" w:color="C8C8C8"/>
              <w:right w:val="single" w:sz="6" w:space="0" w:color="B58B38"/>
            </w:tcBorders>
            <w:shd w:val="clear" w:color="auto" w:fill="B58B38"/>
            <w:tcMar>
              <w:top w:w="55" w:type="dxa"/>
              <w:left w:w="55" w:type="dxa"/>
              <w:bottom w:w="55" w:type="dxa"/>
              <w:right w:w="55" w:type="dxa"/>
            </w:tcMar>
            <w:vAlign w:val="center"/>
          </w:tcPr>
          <w:p w14:paraId="43D688C1" w14:textId="77777777" w:rsidR="00201B07" w:rsidRDefault="00000000">
            <w:pPr>
              <w:jc w:val="center"/>
            </w:pPr>
            <w:r>
              <w:rPr>
                <w:rFonts w:ascii="Roboto Condensed" w:eastAsia="Roboto Condensed" w:hAnsi="Roboto Condensed"/>
                <w:b/>
                <w:color w:val="FFFFFF"/>
                <w:sz w:val="23"/>
              </w:rPr>
              <w:t>4:00pm</w:t>
            </w:r>
          </w:p>
        </w:tc>
        <w:tc>
          <w:tcPr>
            <w:tcW w:w="8740" w:type="dxa"/>
            <w:tcBorders>
              <w:top w:val="single" w:sz="4" w:space="0" w:color="C8C8C8"/>
              <w:left w:val="nil"/>
              <w:bottom w:val="single" w:sz="4" w:space="0" w:color="C8C8C8"/>
              <w:right w:val="single" w:sz="4" w:space="0" w:color="C8C8C8"/>
            </w:tcBorders>
            <w:shd w:val="clear" w:color="auto" w:fill="151515"/>
            <w:tcMar>
              <w:top w:w="55" w:type="dxa"/>
              <w:left w:w="105" w:type="dxa"/>
              <w:bottom w:w="55" w:type="dxa"/>
              <w:right w:w="95" w:type="dxa"/>
            </w:tcMar>
            <w:vAlign w:val="center"/>
          </w:tcPr>
          <w:p w14:paraId="1849268A" w14:textId="77777777" w:rsidR="00201B07" w:rsidRDefault="00000000">
            <w:r>
              <w:rPr>
                <w:rFonts w:eastAsia="Lato"/>
                <w:b/>
                <w:color w:val="FFFFFF"/>
                <w:sz w:val="19"/>
              </w:rPr>
              <w:t>Seminar Ends. See you next year!</w:t>
            </w:r>
          </w:p>
        </w:tc>
      </w:tr>
    </w:tbl>
    <w:p w14:paraId="5607D246" w14:textId="77777777" w:rsidR="00201B07" w:rsidRDefault="00000000">
      <w:pPr>
        <w:spacing w:before="40"/>
        <w:jc w:val="center"/>
      </w:pPr>
      <w:r>
        <w:rPr>
          <w:rFonts w:eastAsia="Lato"/>
          <w:b/>
          <w:color w:val="B58B38"/>
          <w:sz w:val="18"/>
        </w:rPr>
        <w:t>ANCHOR.  MODERNIZE.  PERSUADE.</w:t>
      </w:r>
    </w:p>
    <w:sectPr w:rsidR="00201B07" w:rsidSect="00034616">
      <w:headerReference w:type="default" r:id="rId9"/>
      <w:footerReference w:type="default" r:id="rId10"/>
      <w:footerReference w:type="first" r:id="rId11"/>
      <w:pgSz w:w="12240" w:h="15840"/>
      <w:pgMar w:top="605" w:right="749" w:bottom="662" w:left="749" w:header="259" w:footer="2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12F2B" w14:textId="77777777" w:rsidR="00CF6004" w:rsidRDefault="00CF6004">
      <w:r>
        <w:separator/>
      </w:r>
    </w:p>
  </w:endnote>
  <w:endnote w:type="continuationSeparator" w:id="0">
    <w:p w14:paraId="200BFB70" w14:textId="77777777" w:rsidR="00CF6004" w:rsidRDefault="00CF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73BD" w14:textId="77777777" w:rsidR="00201B07" w:rsidRDefault="00201B07">
    <w:pPr>
      <w:pStyle w:val="Footer"/>
    </w:pPr>
  </w:p>
  <w:tbl>
    <w:tblPr>
      <w:tblW w:w="0" w:type="auto"/>
      <w:jc w:val="center"/>
      <w:tblLayout w:type="fixed"/>
      <w:tblLook w:val="04A0" w:firstRow="1" w:lastRow="0" w:firstColumn="1" w:lastColumn="0" w:noHBand="0" w:noVBand="1"/>
    </w:tblPr>
    <w:tblGrid>
      <w:gridCol w:w="8063"/>
      <w:gridCol w:w="2664"/>
    </w:tblGrid>
    <w:tr w:rsidR="00201B07" w14:paraId="4FE5E8BD" w14:textId="77777777">
      <w:trPr>
        <w:trHeight w:val="20"/>
        <w:jc w:val="center"/>
      </w:trPr>
      <w:tc>
        <w:tcPr>
          <w:tcW w:w="10727" w:type="dxa"/>
          <w:gridSpan w:val="2"/>
          <w:tcBorders>
            <w:top w:val="nil"/>
            <w:left w:val="nil"/>
            <w:bottom w:val="nil"/>
            <w:right w:val="nil"/>
          </w:tcBorders>
          <w:shd w:val="clear" w:color="auto" w:fill="B58B38"/>
          <w:tcMar>
            <w:top w:w="0" w:type="dxa"/>
            <w:left w:w="0" w:type="dxa"/>
            <w:bottom w:w="0" w:type="dxa"/>
            <w:right w:w="0" w:type="dxa"/>
          </w:tcMar>
        </w:tcPr>
        <w:p w14:paraId="5371CD82" w14:textId="77777777" w:rsidR="00201B07" w:rsidRDefault="00201B07"/>
      </w:tc>
    </w:tr>
    <w:tr w:rsidR="00201B07" w14:paraId="28CA121E" w14:textId="77777777">
      <w:trPr>
        <w:jc w:val="center"/>
      </w:trPr>
      <w:tc>
        <w:tcPr>
          <w:tcW w:w="8063" w:type="dxa"/>
          <w:tcBorders>
            <w:top w:val="nil"/>
            <w:left w:val="nil"/>
            <w:bottom w:val="nil"/>
            <w:right w:val="nil"/>
          </w:tcBorders>
        </w:tcPr>
        <w:p w14:paraId="421E85CF" w14:textId="77777777" w:rsidR="00201B07" w:rsidRDefault="00000000">
          <w:pPr>
            <w:spacing w:before="20"/>
          </w:pPr>
          <w:r>
            <w:rPr>
              <w:rFonts w:eastAsia="Lato"/>
              <w:color w:val="676767"/>
              <w:sz w:val="13"/>
            </w:rPr>
            <w:t>CONNECTIONOLOGY</w:t>
          </w:r>
          <w:proofErr w:type="gramStart"/>
          <w:r>
            <w:rPr>
              <w:rFonts w:eastAsia="Lato"/>
              <w:color w:val="676767"/>
              <w:sz w:val="13"/>
            </w:rPr>
            <w:t>®  •</w:t>
          </w:r>
          <w:proofErr w:type="gramEnd"/>
          <w:r>
            <w:rPr>
              <w:rFonts w:eastAsia="Lato"/>
              <w:color w:val="676767"/>
              <w:sz w:val="13"/>
            </w:rPr>
            <w:t xml:space="preserve">  A.M.P. METHOD SEMINAR AGENDA</w:t>
          </w:r>
        </w:p>
      </w:tc>
      <w:tc>
        <w:tcPr>
          <w:tcW w:w="2664" w:type="dxa"/>
          <w:tcBorders>
            <w:top w:val="nil"/>
            <w:left w:val="nil"/>
            <w:bottom w:val="nil"/>
            <w:right w:val="nil"/>
          </w:tcBorders>
        </w:tcPr>
        <w:p w14:paraId="2800264D" w14:textId="77777777" w:rsidR="00201B07" w:rsidRDefault="00000000">
          <w:pPr>
            <w:spacing w:before="20"/>
            <w:jc w:val="right"/>
          </w:pPr>
          <w:r>
            <w:rPr>
              <w:rFonts w:eastAsia="Lato"/>
              <w:b/>
              <w:color w:val="676767"/>
              <w:sz w:val="13"/>
            </w:rPr>
            <w:t xml:space="preserve">PAGE </w:t>
          </w:r>
          <w:r>
            <w:rPr>
              <w:rFonts w:eastAsia="Lato"/>
              <w:b/>
              <w:color w:val="676767"/>
              <w:sz w:val="15"/>
            </w:rPr>
            <w:fldChar w:fldCharType="begin"/>
          </w:r>
          <w:r>
            <w:rPr>
              <w:rFonts w:eastAsia="Lato"/>
              <w:b/>
              <w:color w:val="676767"/>
              <w:sz w:val="15"/>
            </w:rPr>
            <w:instrText xml:space="preserve"> PAGE </w:instrText>
          </w:r>
          <w:r>
            <w:rPr>
              <w:rFonts w:eastAsia="Lato"/>
              <w:b/>
              <w:color w:val="676767"/>
              <w:sz w:val="15"/>
            </w:rPr>
            <w:fldChar w:fldCharType="separate"/>
          </w:r>
          <w:r w:rsidR="002D7755">
            <w:rPr>
              <w:rFonts w:eastAsia="Lato"/>
              <w:b/>
              <w:noProof/>
              <w:color w:val="676767"/>
              <w:sz w:val="15"/>
            </w:rPr>
            <w:t>2</w:t>
          </w:r>
          <w:r>
            <w:rPr>
              <w:rFonts w:eastAsia="Lato"/>
              <w:b/>
              <w:color w:val="676767"/>
              <w:sz w:val="15"/>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4170" w14:textId="77777777" w:rsidR="00201B07" w:rsidRDefault="00201B07">
    <w:pPr>
      <w:pStyle w:val="Footer"/>
    </w:pPr>
  </w:p>
  <w:tbl>
    <w:tblPr>
      <w:tblW w:w="0" w:type="auto"/>
      <w:jc w:val="center"/>
      <w:tblLayout w:type="fixed"/>
      <w:tblLook w:val="04A0" w:firstRow="1" w:lastRow="0" w:firstColumn="1" w:lastColumn="0" w:noHBand="0" w:noVBand="1"/>
    </w:tblPr>
    <w:tblGrid>
      <w:gridCol w:w="8063"/>
      <w:gridCol w:w="2664"/>
    </w:tblGrid>
    <w:tr w:rsidR="00201B07" w14:paraId="75B38C2A" w14:textId="77777777">
      <w:trPr>
        <w:trHeight w:val="20"/>
        <w:jc w:val="center"/>
      </w:trPr>
      <w:tc>
        <w:tcPr>
          <w:tcW w:w="10727" w:type="dxa"/>
          <w:gridSpan w:val="2"/>
          <w:tcBorders>
            <w:top w:val="nil"/>
            <w:left w:val="nil"/>
            <w:bottom w:val="nil"/>
            <w:right w:val="nil"/>
          </w:tcBorders>
          <w:shd w:val="clear" w:color="auto" w:fill="B58B38"/>
          <w:tcMar>
            <w:top w:w="0" w:type="dxa"/>
            <w:left w:w="0" w:type="dxa"/>
            <w:bottom w:w="0" w:type="dxa"/>
            <w:right w:w="0" w:type="dxa"/>
          </w:tcMar>
        </w:tcPr>
        <w:p w14:paraId="74622F0A" w14:textId="77777777" w:rsidR="00201B07" w:rsidRDefault="00201B07"/>
      </w:tc>
    </w:tr>
    <w:tr w:rsidR="00201B07" w14:paraId="32D01B63" w14:textId="77777777">
      <w:trPr>
        <w:jc w:val="center"/>
      </w:trPr>
      <w:tc>
        <w:tcPr>
          <w:tcW w:w="8063" w:type="dxa"/>
          <w:tcBorders>
            <w:top w:val="nil"/>
            <w:left w:val="nil"/>
            <w:bottom w:val="nil"/>
            <w:right w:val="nil"/>
          </w:tcBorders>
        </w:tcPr>
        <w:p w14:paraId="04151914" w14:textId="77777777" w:rsidR="00201B07" w:rsidRDefault="00000000">
          <w:pPr>
            <w:spacing w:before="20"/>
          </w:pPr>
          <w:r>
            <w:rPr>
              <w:rFonts w:eastAsia="Lato"/>
              <w:color w:val="676767"/>
              <w:sz w:val="13"/>
            </w:rPr>
            <w:t>CONNECTIONOLOGY</w:t>
          </w:r>
          <w:proofErr w:type="gramStart"/>
          <w:r>
            <w:rPr>
              <w:rFonts w:eastAsia="Lato"/>
              <w:color w:val="676767"/>
              <w:sz w:val="13"/>
            </w:rPr>
            <w:t>®  •</w:t>
          </w:r>
          <w:proofErr w:type="gramEnd"/>
          <w:r>
            <w:rPr>
              <w:rFonts w:eastAsia="Lato"/>
              <w:color w:val="676767"/>
              <w:sz w:val="13"/>
            </w:rPr>
            <w:t xml:space="preserve">  A.M.P. METHOD SEMINAR AGENDA</w:t>
          </w:r>
        </w:p>
      </w:tc>
      <w:tc>
        <w:tcPr>
          <w:tcW w:w="2664" w:type="dxa"/>
          <w:tcBorders>
            <w:top w:val="nil"/>
            <w:left w:val="nil"/>
            <w:bottom w:val="nil"/>
            <w:right w:val="nil"/>
          </w:tcBorders>
        </w:tcPr>
        <w:p w14:paraId="386FC472" w14:textId="77777777" w:rsidR="00201B07" w:rsidRDefault="00000000">
          <w:pPr>
            <w:spacing w:before="20"/>
            <w:jc w:val="right"/>
          </w:pPr>
          <w:r>
            <w:rPr>
              <w:rFonts w:eastAsia="Lato"/>
              <w:b/>
              <w:color w:val="676767"/>
              <w:sz w:val="13"/>
            </w:rPr>
            <w:t xml:space="preserve">PAGE </w:t>
          </w:r>
          <w:r>
            <w:rPr>
              <w:rFonts w:eastAsia="Lato"/>
              <w:b/>
              <w:color w:val="676767"/>
              <w:sz w:val="15"/>
            </w:rPr>
            <w:fldChar w:fldCharType="begin"/>
          </w:r>
          <w:r>
            <w:rPr>
              <w:rFonts w:eastAsia="Lato"/>
              <w:b/>
              <w:color w:val="676767"/>
              <w:sz w:val="15"/>
            </w:rPr>
            <w:instrText xml:space="preserve"> PAGE </w:instrText>
          </w:r>
          <w:r>
            <w:rPr>
              <w:rFonts w:eastAsia="Lato"/>
              <w:b/>
              <w:color w:val="676767"/>
              <w:sz w:val="15"/>
            </w:rPr>
            <w:fldChar w:fldCharType="separate"/>
          </w:r>
          <w:r w:rsidR="002D7755">
            <w:rPr>
              <w:rFonts w:eastAsia="Lato"/>
              <w:b/>
              <w:noProof/>
              <w:color w:val="676767"/>
              <w:sz w:val="15"/>
            </w:rPr>
            <w:t>1</w:t>
          </w:r>
          <w:r>
            <w:rPr>
              <w:rFonts w:eastAsia="Lato"/>
              <w:b/>
              <w:color w:val="676767"/>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7B72" w14:textId="77777777" w:rsidR="00CF6004" w:rsidRDefault="00CF6004">
      <w:r>
        <w:separator/>
      </w:r>
    </w:p>
  </w:footnote>
  <w:footnote w:type="continuationSeparator" w:id="0">
    <w:p w14:paraId="334D7E23" w14:textId="77777777" w:rsidR="00CF6004" w:rsidRDefault="00CF6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3E0E" w14:textId="77777777" w:rsidR="00201B07" w:rsidRDefault="00201B07">
    <w:pPr>
      <w:pStyle w:val="Header"/>
    </w:pPr>
  </w:p>
  <w:tbl>
    <w:tblPr>
      <w:tblW w:w="0" w:type="auto"/>
      <w:jc w:val="center"/>
      <w:tblLayout w:type="fixed"/>
      <w:tblLook w:val="04A0" w:firstRow="1" w:lastRow="0" w:firstColumn="1" w:lastColumn="0" w:noHBand="0" w:noVBand="1"/>
    </w:tblPr>
    <w:tblGrid>
      <w:gridCol w:w="236"/>
      <w:gridCol w:w="10512"/>
    </w:tblGrid>
    <w:tr w:rsidR="00201B07" w14:paraId="558C57E1" w14:textId="77777777">
      <w:trPr>
        <w:jc w:val="center"/>
      </w:trPr>
      <w:tc>
        <w:tcPr>
          <w:tcW w:w="216" w:type="dxa"/>
          <w:tcBorders>
            <w:top w:val="nil"/>
            <w:left w:val="nil"/>
            <w:bottom w:val="nil"/>
            <w:right w:val="nil"/>
          </w:tcBorders>
        </w:tcPr>
        <w:p w14:paraId="51817BB2" w14:textId="77777777" w:rsidR="00201B07" w:rsidRDefault="00201B07"/>
      </w:tc>
      <w:tc>
        <w:tcPr>
          <w:tcW w:w="10512" w:type="dxa"/>
          <w:tcBorders>
            <w:top w:val="nil"/>
            <w:left w:val="nil"/>
            <w:bottom w:val="nil"/>
            <w:right w:val="nil"/>
          </w:tcBorders>
        </w:tcPr>
        <w:p w14:paraId="6F7348FB" w14:textId="77777777" w:rsidR="00201B07" w:rsidRDefault="00000000">
          <w:pPr>
            <w:jc w:val="right"/>
          </w:pPr>
          <w:r>
            <w:rPr>
              <w:rFonts w:eastAsia="Lato"/>
              <w:b/>
              <w:color w:val="4A4A4A"/>
              <w:sz w:val="14"/>
            </w:rPr>
            <w:t xml:space="preserve">JON LOMURRO'S TRIAL </w:t>
          </w:r>
          <w:proofErr w:type="gramStart"/>
          <w:r>
            <w:rPr>
              <w:rFonts w:eastAsia="Lato"/>
              <w:b/>
              <w:color w:val="4A4A4A"/>
              <w:sz w:val="14"/>
            </w:rPr>
            <w:t>STRATEGY  |</w:t>
          </w:r>
          <w:proofErr w:type="gramEnd"/>
          <w:r>
            <w:rPr>
              <w:rFonts w:eastAsia="Lato"/>
              <w:b/>
              <w:color w:val="4A4A4A"/>
              <w:sz w:val="14"/>
            </w:rPr>
            <w:t xml:space="preserve">  THE A.M.P. METHOD</w:t>
          </w:r>
        </w:p>
        <w:p w14:paraId="34C3C5E9" w14:textId="77777777" w:rsidR="00201B07" w:rsidRDefault="00000000">
          <w:pPr>
            <w:jc w:val="right"/>
          </w:pPr>
          <w:r>
            <w:rPr>
              <w:rFonts w:eastAsia="Lato"/>
              <w:b/>
              <w:color w:val="B58B38"/>
              <w:sz w:val="14"/>
            </w:rPr>
            <w:t xml:space="preserve">OCTOBER 21-23, </w:t>
          </w:r>
          <w:proofErr w:type="gramStart"/>
          <w:r>
            <w:rPr>
              <w:rFonts w:eastAsia="Lato"/>
              <w:b/>
              <w:color w:val="B58B38"/>
              <w:sz w:val="14"/>
            </w:rPr>
            <w:t>2026  •</w:t>
          </w:r>
          <w:proofErr w:type="gramEnd"/>
          <w:r>
            <w:rPr>
              <w:rFonts w:eastAsia="Lato"/>
              <w:b/>
              <w:color w:val="B58B38"/>
              <w:sz w:val="14"/>
            </w:rPr>
            <w:t xml:space="preserve">  NASHVILLE, TN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0106172">
    <w:abstractNumId w:val="8"/>
  </w:num>
  <w:num w:numId="2" w16cid:durableId="1371958436">
    <w:abstractNumId w:val="6"/>
  </w:num>
  <w:num w:numId="3" w16cid:durableId="1858156033">
    <w:abstractNumId w:val="5"/>
  </w:num>
  <w:num w:numId="4" w16cid:durableId="1901548739">
    <w:abstractNumId w:val="4"/>
  </w:num>
  <w:num w:numId="5" w16cid:durableId="1622035216">
    <w:abstractNumId w:val="7"/>
  </w:num>
  <w:num w:numId="6" w16cid:durableId="2063559496">
    <w:abstractNumId w:val="3"/>
  </w:num>
  <w:num w:numId="7" w16cid:durableId="2111464887">
    <w:abstractNumId w:val="2"/>
  </w:num>
  <w:num w:numId="8" w16cid:durableId="1886479679">
    <w:abstractNumId w:val="1"/>
  </w:num>
  <w:num w:numId="9" w16cid:durableId="92946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1B07"/>
    <w:rsid w:val="0022209D"/>
    <w:rsid w:val="0029639D"/>
    <w:rsid w:val="002D7755"/>
    <w:rsid w:val="00326F90"/>
    <w:rsid w:val="003D759B"/>
    <w:rsid w:val="006B4BD2"/>
    <w:rsid w:val="00AA1D8D"/>
    <w:rsid w:val="00B47730"/>
    <w:rsid w:val="00CB0664"/>
    <w:rsid w:val="00CF6004"/>
    <w:rsid w:val="00DB13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D7960"/>
  <w14:defaultImageDpi w14:val="300"/>
  <w15:docId w15:val="{F8664C62-027F-4C0A-AEEE-FBBEF450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ato" w:hAnsi="Lato"/>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Ginger Jirik</cp:lastModifiedBy>
  <cp:revision>3</cp:revision>
  <dcterms:created xsi:type="dcterms:W3CDTF">2026-09-30T21:16:00Z</dcterms:created>
  <dcterms:modified xsi:type="dcterms:W3CDTF">2026-09-30T21:40:00Z</dcterms:modified>
  <cp:category/>
</cp:coreProperties>
</file>